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sz w:val="36"/>
        </w:rPr>
        <w:t>Transfer certificate (TC): applications and checklist</w:t>
      </w:r>
    </w:p>
    <w:p>
      <w:r>
        <w:rPr>
          <w:b w:val="0"/>
        </w:rPr>
        <w:t>Three ready-to-edit applications (school TC, college TC, duplicate TC) and a checklist of the fields to verify on your TC before you leave the office. Each starts on a new page.</w:t>
      </w:r>
    </w:p>
    <w:p>
      <w:r>
        <w:rPr>
          <w:b w:val="0"/>
        </w:rPr>
        <w:t>Guide with your rights and the board rules: careerbhavan.com/blog/transfer-certificate</w:t>
      </w:r>
    </w:p>
    <w:p>
      <w:r>
        <w:br w:type="page"/>
      </w:r>
    </w:p>
    <w:p>
      <w:r>
        <w:rPr>
          <w:b/>
          <w:color w:val="808080"/>
          <w:sz w:val="16"/>
        </w:rPr>
        <w:t>FORMAT 1: APPLICATION FOR TRANSFER CERTIFICATE (SCHOOL, WRITTEN BY A PARENT)</w:t>
      </w:r>
    </w:p>
    <w:p>
      <w:r>
        <w:rPr>
          <w:b w:val="0"/>
        </w:rPr>
        <w:t>To</w:t>
      </w:r>
    </w:p>
    <w:p>
      <w:r>
        <w:rPr>
          <w:b w:val="0"/>
        </w:rPr>
        <w:t>The Principal,</w:t>
      </w:r>
    </w:p>
    <w:p>
      <w:r>
        <w:rPr>
          <w:b w:val="0"/>
          <w:highlight w:val="yellow"/>
        </w:rPr>
        <w:t>[School name]</w:t>
      </w:r>
      <w:r>
        <w:rPr>
          <w:b w:val="0"/>
        </w:rPr>
        <w:t>,</w:t>
      </w:r>
    </w:p>
    <w:p>
      <w:r>
        <w:rPr>
          <w:b w:val="0"/>
          <w:highlight w:val="yellow"/>
        </w:rPr>
        <w:t>[City]</w:t>
      </w:r>
    </w:p>
    <w:p>
      <w:r>
        <w:rPr>
          <w:b w:val="0"/>
        </w:rPr>
        <w:t xml:space="preserve">Date: </w:t>
      </w:r>
      <w:r>
        <w:rPr>
          <w:b w:val="0"/>
          <w:highlight w:val="yellow"/>
        </w:rPr>
        <w:t>[DD Month YYYY]</w:t>
      </w:r>
    </w:p>
    <w:p>
      <w:r>
        <w:rPr>
          <w:b w:val="0"/>
        </w:rPr>
        <w:t>Subject: Application for transfer certificate</w:t>
      </w:r>
    </w:p>
    <w:p>
      <w:r>
        <w:rPr>
          <w:b w:val="0"/>
        </w:rPr>
        <w:t>Respected Sir/Madam,</w:t>
      </w:r>
    </w:p>
    <w:p>
      <w:r>
        <w:rPr>
          <w:b w:val="0"/>
        </w:rPr>
        <w:t xml:space="preserve">My </w:t>
      </w:r>
      <w:r>
        <w:rPr>
          <w:b w:val="0"/>
          <w:highlight w:val="yellow"/>
        </w:rPr>
        <w:t>[son/daughter]</w:t>
      </w:r>
      <w:r>
        <w:rPr>
          <w:b w:val="0"/>
        </w:rPr>
        <w:t xml:space="preserve">, </w:t>
      </w:r>
      <w:r>
        <w:rPr>
          <w:b w:val="0"/>
          <w:highlight w:val="yellow"/>
        </w:rPr>
        <w:t>[Full name]</w:t>
      </w:r>
      <w:r>
        <w:rPr>
          <w:b w:val="0"/>
        </w:rPr>
        <w:t xml:space="preserve">, is a student of Class </w:t>
      </w:r>
      <w:r>
        <w:rPr>
          <w:b w:val="0"/>
          <w:highlight w:val="yellow"/>
        </w:rPr>
        <w:t>[Class and section]</w:t>
      </w:r>
      <w:r>
        <w:rPr>
          <w:b w:val="0"/>
        </w:rPr>
        <w:t xml:space="preserve"> in your school, Admission No. </w:t>
      </w:r>
      <w:r>
        <w:rPr>
          <w:b w:val="0"/>
          <w:highlight w:val="yellow"/>
        </w:rPr>
        <w:t>[Number]</w:t>
      </w:r>
      <w:r>
        <w:rPr>
          <w:b w:val="0"/>
        </w:rPr>
        <w:t>.</w:t>
      </w:r>
    </w:p>
    <w:p>
      <w:r>
        <w:rPr>
          <w:b w:val="0"/>
          <w:highlight w:val="yellow"/>
        </w:rPr>
        <w:t>[Reason, e.g. Due to my transfer to (City), our family is shifting there / We are moving (him/her) to a school closer to home]</w:t>
      </w:r>
      <w:r>
        <w:rPr>
          <w:b w:val="0"/>
        </w:rPr>
        <w:t xml:space="preserve">, and </w:t>
      </w:r>
      <w:r>
        <w:rPr>
          <w:b w:val="0"/>
          <w:highlight w:val="yellow"/>
        </w:rPr>
        <w:t>[he/she]</w:t>
      </w:r>
      <w:r>
        <w:rPr>
          <w:b w:val="0"/>
        </w:rPr>
        <w:t xml:space="preserve"> will join </w:t>
      </w:r>
      <w:r>
        <w:rPr>
          <w:b w:val="0"/>
          <w:highlight w:val="yellow"/>
        </w:rPr>
        <w:t>[New school name, if known]</w:t>
      </w:r>
      <w:r>
        <w:rPr>
          <w:b w:val="0"/>
        </w:rPr>
        <w:t xml:space="preserve"> from </w:t>
      </w:r>
      <w:r>
        <w:rPr>
          <w:b w:val="0"/>
          <w:highlight w:val="yellow"/>
        </w:rPr>
        <w:t>[Month Year]</w:t>
      </w:r>
      <w:r>
        <w:rPr>
          <w:b w:val="0"/>
        </w:rPr>
        <w:t xml:space="preserve">. I request you to issue </w:t>
      </w:r>
      <w:r>
        <w:rPr>
          <w:b w:val="0"/>
          <w:highlight w:val="yellow"/>
        </w:rPr>
        <w:t>[his/her]</w:t>
      </w:r>
      <w:r>
        <w:rPr>
          <w:b w:val="0"/>
        </w:rPr>
        <w:t xml:space="preserve"> transfer certificate at the earliest.</w:t>
      </w:r>
    </w:p>
    <w:p>
      <w:r>
        <w:rPr>
          <w:b w:val="0"/>
        </w:rPr>
        <w:t xml:space="preserve">All fees have been paid up to </w:t>
      </w:r>
      <w:r>
        <w:rPr>
          <w:b w:val="0"/>
          <w:highlight w:val="yellow"/>
        </w:rPr>
        <w:t>[Month Year]</w:t>
      </w:r>
      <w:r>
        <w:rPr>
          <w:b w:val="0"/>
        </w:rPr>
        <w:t xml:space="preserve">. </w:t>
      </w:r>
      <w:r>
        <w:rPr>
          <w:b w:val="0"/>
          <w:highlight w:val="yellow"/>
        </w:rPr>
        <w:t>[The library books have been returned.]</w:t>
      </w:r>
      <w:r>
        <w:rPr>
          <w:b w:val="0"/>
        </w:rPr>
        <w:t xml:space="preserve"> Kindly let me know if anything else is pending.</w:t>
      </w:r>
    </w:p>
    <w:p/>
    <w:p>
      <w:pPr>
        <w:spacing w:after="0"/>
      </w:pPr>
      <w:r>
        <w:rPr>
          <w:b w:val="0"/>
        </w:rPr>
        <w:t>Thanking you,</w:t>
      </w:r>
    </w:p>
    <w:p>
      <w:pPr>
        <w:spacing w:after="0"/>
      </w:pPr>
      <w:r>
        <w:rPr>
          <w:b w:val="0"/>
        </w:rPr>
        <w:t>Yours faithfully,</w:t>
      </w:r>
    </w:p>
    <w:p>
      <w:pPr>
        <w:spacing w:after="0"/>
      </w:pPr>
      <w:r>
        <w:rPr>
          <w:b w:val="0"/>
          <w:highlight w:val="yellow"/>
        </w:rPr>
        <w:t>[Parent's full name]</w:t>
      </w:r>
    </w:p>
    <w:p>
      <w:pPr>
        <w:spacing w:after="0"/>
      </w:pPr>
      <w:r>
        <w:rPr>
          <w:b w:val="0"/>
          <w:highlight w:val="yellow"/>
        </w:rPr>
        <w:t>[Phone]</w:t>
      </w:r>
    </w:p>
    <w:p>
      <w:pPr>
        <w:spacing w:after="0"/>
      </w:pPr>
      <w:r>
        <w:rPr>
          <w:b w:val="0"/>
          <w:highlight w:val="yellow"/>
        </w:rPr>
        <w:t>[Email]</w:t>
      </w:r>
    </w:p>
    <w:p>
      <w:r>
        <w:br w:type="page"/>
      </w:r>
    </w:p>
    <w:p>
      <w:r>
        <w:rPr>
          <w:b/>
          <w:color w:val="808080"/>
          <w:sz w:val="16"/>
        </w:rPr>
        <w:t>FORMAT 2: APPLICATION FOR TRANSFER CERTIFICATE FROM COLLEGE</w:t>
      </w:r>
    </w:p>
    <w:p>
      <w:r>
        <w:rPr>
          <w:b w:val="0"/>
        </w:rPr>
        <w:t>To</w:t>
      </w:r>
    </w:p>
    <w:p>
      <w:r>
        <w:rPr>
          <w:b w:val="0"/>
        </w:rPr>
        <w:t>The Principal / Registrar,</w:t>
      </w:r>
    </w:p>
    <w:p>
      <w:r>
        <w:rPr>
          <w:b w:val="0"/>
          <w:highlight w:val="yellow"/>
        </w:rPr>
        <w:t>[College name]</w:t>
      </w:r>
      <w:r>
        <w:rPr>
          <w:b w:val="0"/>
        </w:rPr>
        <w:t>,</w:t>
      </w:r>
    </w:p>
    <w:p>
      <w:r>
        <w:rPr>
          <w:b w:val="0"/>
          <w:highlight w:val="yellow"/>
        </w:rPr>
        <w:t>[City]</w:t>
      </w:r>
    </w:p>
    <w:p>
      <w:r>
        <w:rPr>
          <w:b w:val="0"/>
        </w:rPr>
        <w:t xml:space="preserve">Date: </w:t>
      </w:r>
      <w:r>
        <w:rPr>
          <w:b w:val="0"/>
          <w:highlight w:val="yellow"/>
        </w:rPr>
        <w:t>[DD Month YYYY]</w:t>
      </w:r>
    </w:p>
    <w:p>
      <w:r>
        <w:rPr>
          <w:b w:val="0"/>
        </w:rPr>
        <w:t>Subject: Application for transfer certificate</w:t>
      </w:r>
    </w:p>
    <w:p>
      <w:r>
        <w:rPr>
          <w:b w:val="0"/>
        </w:rPr>
        <w:t>Respected Sir/Madam,</w:t>
      </w:r>
    </w:p>
    <w:p>
      <w:r>
        <w:rPr>
          <w:b w:val="0"/>
        </w:rPr>
        <w:t xml:space="preserve">I am </w:t>
      </w:r>
      <w:r>
        <w:rPr>
          <w:b w:val="0"/>
          <w:highlight w:val="yellow"/>
        </w:rPr>
        <w:t>[Full name]</w:t>
      </w:r>
      <w:r>
        <w:rPr>
          <w:b w:val="0"/>
        </w:rPr>
        <w:t xml:space="preserve">, </w:t>
      </w:r>
      <w:r>
        <w:rPr>
          <w:b w:val="0"/>
          <w:highlight w:val="yellow"/>
        </w:rPr>
        <w:t>[son/daughter]</w:t>
      </w:r>
      <w:r>
        <w:rPr>
          <w:b w:val="0"/>
        </w:rPr>
        <w:t xml:space="preserve"> of </w:t>
      </w:r>
      <w:r>
        <w:rPr>
          <w:b w:val="0"/>
          <w:highlight w:val="yellow"/>
        </w:rPr>
        <w:t>[Parent's name]</w:t>
      </w:r>
      <w:r>
        <w:rPr>
          <w:b w:val="0"/>
        </w:rPr>
        <w:t xml:space="preserve">, a student of </w:t>
      </w:r>
      <w:r>
        <w:rPr>
          <w:b w:val="0"/>
          <w:highlight w:val="yellow"/>
        </w:rPr>
        <w:t>[Course, e.g. B.Com]</w:t>
      </w:r>
      <w:r>
        <w:rPr>
          <w:b w:val="0"/>
        </w:rPr>
        <w:t xml:space="preserve"> from </w:t>
      </w:r>
      <w:r>
        <w:rPr>
          <w:b w:val="0"/>
          <w:highlight w:val="yellow"/>
        </w:rPr>
        <w:t>[Year]</w:t>
      </w:r>
      <w:r>
        <w:rPr>
          <w:b w:val="0"/>
        </w:rPr>
        <w:t xml:space="preserve"> to </w:t>
      </w:r>
      <w:r>
        <w:rPr>
          <w:b w:val="0"/>
          <w:highlight w:val="yellow"/>
        </w:rPr>
        <w:t>[Year]</w:t>
      </w:r>
      <w:r>
        <w:rPr>
          <w:b w:val="0"/>
        </w:rPr>
        <w:t xml:space="preserve">, Enrolment/Roll No. </w:t>
      </w:r>
      <w:r>
        <w:rPr>
          <w:b w:val="0"/>
          <w:highlight w:val="yellow"/>
        </w:rPr>
        <w:t>[Number]</w:t>
      </w:r>
      <w:r>
        <w:rPr>
          <w:b w:val="0"/>
        </w:rPr>
        <w:t xml:space="preserve">. I </w:t>
      </w:r>
      <w:r>
        <w:rPr>
          <w:b w:val="0"/>
          <w:highlight w:val="yellow"/>
        </w:rPr>
        <w:t>[have completed the programme and my final results were declared on (date) / am leaving the college during the course because (reason)]</w:t>
      </w:r>
      <w:r>
        <w:rPr>
          <w:b w:val="0"/>
        </w:rPr>
        <w:t>.</w:t>
      </w:r>
    </w:p>
    <w:p>
      <w:r>
        <w:rPr>
          <w:b w:val="0"/>
        </w:rPr>
        <w:t xml:space="preserve">I have been admitted to </w:t>
      </w:r>
      <w:r>
        <w:rPr>
          <w:b w:val="0"/>
          <w:highlight w:val="yellow"/>
        </w:rPr>
        <w:t>[Course]</w:t>
      </w:r>
      <w:r>
        <w:rPr>
          <w:b w:val="0"/>
        </w:rPr>
        <w:t xml:space="preserve"> at </w:t>
      </w:r>
      <w:r>
        <w:rPr>
          <w:b w:val="0"/>
          <w:highlight w:val="yellow"/>
        </w:rPr>
        <w:t>[Institution]</w:t>
      </w:r>
      <w:r>
        <w:rPr>
          <w:b w:val="0"/>
        </w:rPr>
        <w:t xml:space="preserve"> and need my transfer certificate for admission. I request you to kindly issue it, along with my </w:t>
      </w:r>
      <w:r>
        <w:rPr>
          <w:b w:val="0"/>
          <w:highlight w:val="yellow"/>
        </w:rPr>
        <w:t>[character certificate / migration certificate application]</w:t>
      </w:r>
      <w:r>
        <w:rPr>
          <w:b w:val="0"/>
        </w:rPr>
        <w:t>, at the earliest. My no-dues form is attached.</w:t>
      </w:r>
    </w:p>
    <w:p/>
    <w:p>
      <w:pPr>
        <w:spacing w:after="0"/>
      </w:pPr>
      <w:r>
        <w:rPr>
          <w:b w:val="0"/>
        </w:rPr>
        <w:t>Thanking you,</w:t>
      </w:r>
    </w:p>
    <w:p>
      <w:pPr>
        <w:spacing w:after="0"/>
      </w:pPr>
      <w:r>
        <w:rPr>
          <w:b w:val="0"/>
        </w:rPr>
        <w:t>Yours obediently,</w:t>
      </w:r>
    </w:p>
    <w:p>
      <w:pPr>
        <w:spacing w:after="0"/>
      </w:pPr>
      <w:r>
        <w:rPr>
          <w:b w:val="0"/>
          <w:highlight w:val="yellow"/>
        </w:rPr>
        <w:t>[Full name]</w:t>
      </w:r>
    </w:p>
    <w:p>
      <w:pPr>
        <w:spacing w:after="0"/>
      </w:pPr>
      <w:r>
        <w:rPr>
          <w:b w:val="0"/>
          <w:highlight w:val="yellow"/>
        </w:rPr>
        <w:t>[Phone]</w:t>
      </w:r>
    </w:p>
    <w:p>
      <w:pPr>
        <w:spacing w:after="0"/>
      </w:pPr>
      <w:r>
        <w:rPr>
          <w:b w:val="0"/>
          <w:highlight w:val="yellow"/>
        </w:rPr>
        <w:t>[Email]</w:t>
      </w:r>
    </w:p>
    <w:p>
      <w:r>
        <w:br w:type="page"/>
      </w:r>
    </w:p>
    <w:p>
      <w:r>
        <w:rPr>
          <w:b/>
          <w:color w:val="808080"/>
          <w:sz w:val="16"/>
        </w:rPr>
        <w:t>FORMAT 3: APPLICATION FOR A DUPLICATE TRANSFER CERTIFICATE</w:t>
      </w:r>
    </w:p>
    <w:p>
      <w:r>
        <w:rPr>
          <w:b w:val="0"/>
        </w:rPr>
        <w:t>To</w:t>
      </w:r>
    </w:p>
    <w:p>
      <w:r>
        <w:rPr>
          <w:b w:val="0"/>
        </w:rPr>
        <w:t>The Principal,</w:t>
      </w:r>
    </w:p>
    <w:p>
      <w:r>
        <w:rPr>
          <w:b w:val="0"/>
          <w:highlight w:val="yellow"/>
        </w:rPr>
        <w:t>[School or college name]</w:t>
      </w:r>
      <w:r>
        <w:rPr>
          <w:b w:val="0"/>
        </w:rPr>
        <w:t>,</w:t>
      </w:r>
    </w:p>
    <w:p>
      <w:r>
        <w:rPr>
          <w:b w:val="0"/>
          <w:highlight w:val="yellow"/>
        </w:rPr>
        <w:t>[City]</w:t>
      </w:r>
    </w:p>
    <w:p>
      <w:r>
        <w:rPr>
          <w:b w:val="0"/>
        </w:rPr>
        <w:t xml:space="preserve">Date: </w:t>
      </w:r>
      <w:r>
        <w:rPr>
          <w:b w:val="0"/>
          <w:highlight w:val="yellow"/>
        </w:rPr>
        <w:t>[DD Month YYYY]</w:t>
      </w:r>
    </w:p>
    <w:p>
      <w:r>
        <w:rPr>
          <w:b w:val="0"/>
        </w:rPr>
        <w:t>Subject: Application for a duplicate transfer certificate</w:t>
      </w:r>
    </w:p>
    <w:p>
      <w:r>
        <w:rPr>
          <w:b w:val="0"/>
        </w:rPr>
        <w:t>Respected Sir/Madam,</w:t>
      </w:r>
    </w:p>
    <w:p>
      <w:r>
        <w:rPr>
          <w:b w:val="0"/>
        </w:rPr>
        <w:t xml:space="preserve">I, </w:t>
      </w:r>
      <w:r>
        <w:rPr>
          <w:b w:val="0"/>
          <w:highlight w:val="yellow"/>
        </w:rPr>
        <w:t>[Full name]</w:t>
      </w:r>
      <w:r>
        <w:rPr>
          <w:b w:val="0"/>
        </w:rPr>
        <w:t xml:space="preserve">, </w:t>
      </w:r>
      <w:r>
        <w:rPr>
          <w:b w:val="0"/>
          <w:highlight w:val="yellow"/>
        </w:rPr>
        <w:t>[son/daughter]</w:t>
      </w:r>
      <w:r>
        <w:rPr>
          <w:b w:val="0"/>
        </w:rPr>
        <w:t xml:space="preserve"> of </w:t>
      </w:r>
      <w:r>
        <w:rPr>
          <w:b w:val="0"/>
          <w:highlight w:val="yellow"/>
        </w:rPr>
        <w:t>[Parent's name]</w:t>
      </w:r>
      <w:r>
        <w:rPr>
          <w:b w:val="0"/>
        </w:rPr>
        <w:t xml:space="preserve">, studied in this </w:t>
      </w:r>
      <w:r>
        <w:rPr>
          <w:b w:val="0"/>
          <w:highlight w:val="yellow"/>
        </w:rPr>
        <w:t>[school/college]</w:t>
      </w:r>
      <w:r>
        <w:rPr>
          <w:b w:val="0"/>
        </w:rPr>
        <w:t xml:space="preserve"> in </w:t>
      </w:r>
      <w:r>
        <w:rPr>
          <w:b w:val="0"/>
          <w:highlight w:val="yellow"/>
        </w:rPr>
        <w:t>[Class or course]</w:t>
      </w:r>
      <w:r>
        <w:rPr>
          <w:b w:val="0"/>
        </w:rPr>
        <w:t xml:space="preserve"> until </w:t>
      </w:r>
      <w:r>
        <w:rPr>
          <w:b w:val="0"/>
          <w:highlight w:val="yellow"/>
        </w:rPr>
        <w:t>[Year]</w:t>
      </w:r>
      <w:r>
        <w:rPr>
          <w:b w:val="0"/>
        </w:rPr>
        <w:t xml:space="preserve">, Admission/Enrolment No. </w:t>
      </w:r>
      <w:r>
        <w:rPr>
          <w:b w:val="0"/>
          <w:highlight w:val="yellow"/>
        </w:rPr>
        <w:t>[Number]</w:t>
      </w:r>
      <w:r>
        <w:rPr>
          <w:b w:val="0"/>
        </w:rPr>
        <w:t xml:space="preserve">. My transfer certificate, No. </w:t>
      </w:r>
      <w:r>
        <w:rPr>
          <w:b w:val="0"/>
          <w:highlight w:val="yellow"/>
        </w:rPr>
        <w:t>[TC number, if known]</w:t>
      </w:r>
      <w:r>
        <w:rPr>
          <w:b w:val="0"/>
        </w:rPr>
        <w:t xml:space="preserve">, issued on </w:t>
      </w:r>
      <w:r>
        <w:rPr>
          <w:b w:val="0"/>
          <w:highlight w:val="yellow"/>
        </w:rPr>
        <w:t>[date, if known]</w:t>
      </w:r>
      <w:r>
        <w:rPr>
          <w:b w:val="0"/>
        </w:rPr>
        <w:t>, has been lost.</w:t>
      </w:r>
    </w:p>
    <w:p>
      <w:r>
        <w:rPr>
          <w:b w:val="0"/>
        </w:rPr>
        <w:t xml:space="preserve">I request you to issue a duplicate transfer certificate. I have attached </w:t>
      </w:r>
      <w:r>
        <w:rPr>
          <w:b w:val="0"/>
          <w:highlight w:val="yellow"/>
        </w:rPr>
        <w:t>[a copy of my marksheet / ID proof / an affidavit or police report about the loss, if the office asks for one]</w:t>
      </w:r>
      <w:r>
        <w:rPr>
          <w:b w:val="0"/>
        </w:rPr>
        <w:t xml:space="preserve"> and am ready to pay the applicable fee.</w:t>
      </w:r>
    </w:p>
    <w:p/>
    <w:p>
      <w:pPr>
        <w:spacing w:after="0"/>
      </w:pPr>
      <w:r>
        <w:rPr>
          <w:b w:val="0"/>
        </w:rPr>
        <w:t>Thanking you,</w:t>
      </w:r>
    </w:p>
    <w:p>
      <w:pPr>
        <w:spacing w:after="0"/>
      </w:pPr>
      <w:r>
        <w:rPr>
          <w:b w:val="0"/>
        </w:rPr>
        <w:t>Yours faithfully,</w:t>
      </w:r>
    </w:p>
    <w:p>
      <w:pPr>
        <w:spacing w:after="0"/>
      </w:pPr>
      <w:r>
        <w:rPr>
          <w:b w:val="0"/>
          <w:highlight w:val="yellow"/>
        </w:rPr>
        <w:t>[Full name]</w:t>
      </w:r>
    </w:p>
    <w:p>
      <w:pPr>
        <w:spacing w:after="0"/>
      </w:pPr>
      <w:r>
        <w:rPr>
          <w:b w:val="0"/>
          <w:highlight w:val="yellow"/>
        </w:rPr>
        <w:t>[Phone]</w:t>
      </w:r>
    </w:p>
    <w:p>
      <w:pPr>
        <w:spacing w:after="0"/>
      </w:pPr>
      <w:r>
        <w:rPr>
          <w:b w:val="0"/>
          <w:highlight w:val="yellow"/>
        </w:rPr>
        <w:t>[Email]</w:t>
      </w:r>
    </w:p>
    <w:p>
      <w:r>
        <w:br w:type="page"/>
      </w:r>
    </w:p>
    <w:p>
      <w:r>
        <w:rPr>
          <w:b/>
          <w:color w:val="808080"/>
          <w:sz w:val="16"/>
        </w:rPr>
        <w:t>CHECKLIST: FIELDS TO VERIFY ON YOUR SCHOOL TC</w:t>
      </w:r>
    </w:p>
    <w:p>
      <w:r>
        <w:rPr>
          <w:b/>
        </w:rPr>
        <w:t>Tick each one before you leave the school office.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706"/>
        <w:gridCol w:w="4706"/>
      </w:tblGrid>
      <w:tr>
        <w:tc>
          <w:tcPr>
            <w:tcW w:type="dxa" w:w="850"/>
          </w:tcPr>
          <w:p>
            <w:r>
              <w:t>Done</w:t>
            </w:r>
          </w:p>
        </w:tc>
        <w:tc>
          <w:tcPr>
            <w:tcW w:type="dxa" w:w="8504"/>
          </w:tcPr>
          <w:p>
            <w:r>
              <w:t>Field</w:t>
            </w:r>
          </w:p>
        </w:tc>
      </w:tr>
      <w:tr>
        <w:tc>
          <w:tcPr>
            <w:tcW w:type="dxa" w:w="850"/>
          </w:tcPr>
          <w:p>
            <w:r>
              <w:t>☐</w:t>
            </w:r>
          </w:p>
        </w:tc>
        <w:tc>
          <w:tcPr>
            <w:tcW w:type="dxa" w:w="8504"/>
          </w:tcPr>
          <w:p>
            <w:r>
              <w:t>TC number, admission number and school affiliation or recognition code</w:t>
            </w:r>
          </w:p>
        </w:tc>
      </w:tr>
      <w:tr>
        <w:tc>
          <w:tcPr>
            <w:tcW w:type="dxa" w:w="850"/>
          </w:tcPr>
          <w:p>
            <w:r>
              <w:t>☐</w:t>
            </w:r>
          </w:p>
        </w:tc>
        <w:tc>
          <w:tcPr>
            <w:tcW w:type="dxa" w:w="8504"/>
          </w:tcPr>
          <w:p>
            <w:r>
              <w:t>Student's name, exactly as in the admission register and the Class 10 certificate</w:t>
            </w:r>
          </w:p>
        </w:tc>
      </w:tr>
      <w:tr>
        <w:tc>
          <w:tcPr>
            <w:tcW w:type="dxa" w:w="850"/>
          </w:tcPr>
          <w:p>
            <w:r>
              <w:t>☐</w:t>
            </w:r>
          </w:p>
        </w:tc>
        <w:tc>
          <w:tcPr>
            <w:tcW w:type="dxa" w:w="8504"/>
          </w:tcPr>
          <w:p>
            <w:r>
              <w:t>Mother's and father's or guardian's name</w:t>
            </w:r>
          </w:p>
        </w:tc>
      </w:tr>
      <w:tr>
        <w:tc>
          <w:tcPr>
            <w:tcW w:type="dxa" w:w="850"/>
          </w:tcPr>
          <w:p>
            <w:r>
              <w:t>☐</w:t>
            </w:r>
          </w:p>
        </w:tc>
        <w:tc>
          <w:tcPr>
            <w:tcW w:type="dxa" w:w="8504"/>
          </w:tcPr>
          <w:p>
            <w:r>
              <w:t>Date of birth, in figures and in words</w:t>
            </w:r>
          </w:p>
        </w:tc>
      </w:tr>
      <w:tr>
        <w:tc>
          <w:tcPr>
            <w:tcW w:type="dxa" w:w="850"/>
          </w:tcPr>
          <w:p>
            <w:r>
              <w:t>☐</w:t>
            </w:r>
          </w:p>
        </w:tc>
        <w:tc>
          <w:tcPr>
            <w:tcW w:type="dxa" w:w="8504"/>
          </w:tcPr>
          <w:p>
            <w:r>
              <w:t>Nationality and category</w:t>
            </w:r>
          </w:p>
        </w:tc>
      </w:tr>
      <w:tr>
        <w:tc>
          <w:tcPr>
            <w:tcW w:type="dxa" w:w="850"/>
          </w:tcPr>
          <w:p>
            <w:r>
              <w:t>☐</w:t>
            </w:r>
          </w:p>
        </w:tc>
        <w:tc>
          <w:tcPr>
            <w:tcW w:type="dxa" w:w="8504"/>
          </w:tcPr>
          <w:p>
            <w:r>
              <w:t>Date of first admission, with class</w:t>
            </w:r>
          </w:p>
        </w:tc>
      </w:tr>
      <w:tr>
        <w:tc>
          <w:tcPr>
            <w:tcW w:type="dxa" w:w="850"/>
          </w:tcPr>
          <w:p>
            <w:r>
              <w:t>☐</w:t>
            </w:r>
          </w:p>
        </w:tc>
        <w:tc>
          <w:tcPr>
            <w:tcW w:type="dxa" w:w="8504"/>
          </w:tcPr>
          <w:p>
            <w:r>
              <w:t>Class in which the student last studied</w:t>
            </w:r>
          </w:p>
        </w:tc>
      </w:tr>
      <w:tr>
        <w:tc>
          <w:tcPr>
            <w:tcW w:type="dxa" w:w="850"/>
          </w:tcPr>
          <w:p>
            <w:r>
              <w:t>☐</w:t>
            </w:r>
          </w:p>
        </w:tc>
        <w:tc>
          <w:tcPr>
            <w:tcW w:type="dxa" w:w="8504"/>
          </w:tcPr>
          <w:p>
            <w:r>
              <w:t>Last examination taken and its result</w:t>
            </w:r>
          </w:p>
        </w:tc>
      </w:tr>
      <w:tr>
        <w:tc>
          <w:tcPr>
            <w:tcW w:type="dxa" w:w="850"/>
          </w:tcPr>
          <w:p>
            <w:r>
              <w:t>☐</w:t>
            </w:r>
          </w:p>
        </w:tc>
        <w:tc>
          <w:tcPr>
            <w:tcW w:type="dxa" w:w="8504"/>
          </w:tcPr>
          <w:p>
            <w:r>
              <w:t>Subjects studied</w:t>
            </w:r>
          </w:p>
        </w:tc>
      </w:tr>
      <w:tr>
        <w:tc>
          <w:tcPr>
            <w:tcW w:type="dxa" w:w="850"/>
          </w:tcPr>
          <w:p>
            <w:r>
              <w:t>☐</w:t>
            </w:r>
          </w:p>
        </w:tc>
        <w:tc>
          <w:tcPr>
            <w:tcW w:type="dxa" w:w="8504"/>
          </w:tcPr>
          <w:p>
            <w:r>
              <w:t>Whether qualified for promotion to a higher class, and to which class</w:t>
            </w:r>
          </w:p>
        </w:tc>
      </w:tr>
      <w:tr>
        <w:tc>
          <w:tcPr>
            <w:tcW w:type="dxa" w:w="850"/>
          </w:tcPr>
          <w:p>
            <w:r>
              <w:t>☐</w:t>
            </w:r>
          </w:p>
        </w:tc>
        <w:tc>
          <w:tcPr>
            <w:tcW w:type="dxa" w:w="8504"/>
          </w:tcPr>
          <w:p>
            <w:r>
              <w:t>Fee dues: month up to which fees are paid, and any concession</w:t>
            </w:r>
          </w:p>
        </w:tc>
      </w:tr>
      <w:tr>
        <w:tc>
          <w:tcPr>
            <w:tcW w:type="dxa" w:w="850"/>
          </w:tcPr>
          <w:p>
            <w:r>
              <w:t>☐</w:t>
            </w:r>
          </w:p>
        </w:tc>
        <w:tc>
          <w:tcPr>
            <w:tcW w:type="dxa" w:w="8504"/>
          </w:tcPr>
          <w:p>
            <w:r>
              <w:t>Attendance: total working days and days present</w:t>
            </w:r>
          </w:p>
        </w:tc>
      </w:tr>
      <w:tr>
        <w:tc>
          <w:tcPr>
            <w:tcW w:type="dxa" w:w="850"/>
          </w:tcPr>
          <w:p>
            <w:r>
              <w:t>☐</w:t>
            </w:r>
          </w:p>
        </w:tc>
        <w:tc>
          <w:tcPr>
            <w:tcW w:type="dxa" w:w="8504"/>
          </w:tcPr>
          <w:p>
            <w:r>
              <w:t>General conduct</w:t>
            </w:r>
          </w:p>
        </w:tc>
      </w:tr>
      <w:tr>
        <w:tc>
          <w:tcPr>
            <w:tcW w:type="dxa" w:w="850"/>
          </w:tcPr>
          <w:p>
            <w:r>
              <w:t>☐</w:t>
            </w:r>
          </w:p>
        </w:tc>
        <w:tc>
          <w:tcPr>
            <w:tcW w:type="dxa" w:w="8504"/>
          </w:tcPr>
          <w:p>
            <w:r>
              <w:t>Date of application and date of issue</w:t>
            </w:r>
          </w:p>
        </w:tc>
      </w:tr>
      <w:tr>
        <w:tc>
          <w:tcPr>
            <w:tcW w:type="dxa" w:w="850"/>
          </w:tcPr>
          <w:p>
            <w:r>
              <w:t>☐</w:t>
            </w:r>
          </w:p>
        </w:tc>
        <w:tc>
          <w:tcPr>
            <w:tcW w:type="dxa" w:w="8504"/>
          </w:tcPr>
          <w:p>
            <w:r>
              <w:t>Reason for leaving</w:t>
            </w:r>
          </w:p>
        </w:tc>
      </w:tr>
      <w:tr>
        <w:tc>
          <w:tcPr>
            <w:tcW w:type="dxa" w:w="850"/>
          </w:tcPr>
          <w:p>
            <w:r>
              <w:t>☐</w:t>
            </w:r>
          </w:p>
        </w:tc>
        <w:tc>
          <w:tcPr>
            <w:tcW w:type="dxa" w:w="8504"/>
          </w:tcPr>
          <w:p>
            <w:r>
              <w:t>Signatures of the class teacher and the principal, with the school seal</w:t>
            </w:r>
          </w:p>
        </w:tc>
      </w:tr>
    </w:tbl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color w:val="808080"/>
        <w:sz w:val="16"/>
      </w:rPr>
      <w:t>Transfer certificate applications and TC checklist. Free template from careerbhavan.com. Replace every [highlighted field] and delete lines that do not apply.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88" w:lineRule="auto"/>
    </w:pPr>
    <w:rPr>
      <w:rFonts w:ascii="Calibri" w:hAnsi="Calibri"/>
      <w:sz w:val="23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Transfer certificate applications and TC checklist</dc:title>
  <dc:subject/>
  <dc:creator>CareerBhavan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