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6"/>
        </w:rPr>
        <w:t>Bonafide certificate formats</w:t>
      </w:r>
    </w:p>
    <w:p>
      <w:r>
        <w:rPr>
          <w:b w:val="0"/>
        </w:rPr>
        <w:t>Seven ready-to-edit formats: school, college, scholarship, Children Education Allowance, employer, an application to the principal and an email to HR. Each starts on a new page. Print the certificate formats on the institution's letterhead; the head of the institution signs and adds the official seal.</w:t>
      </w:r>
    </w:p>
    <w:p>
      <w:r>
        <w:rPr>
          <w:b w:val="0"/>
        </w:rPr>
        <w:t>Guide with explanations and checks: careerbhavan.com/blog/bonafide-certificate</w:t>
      </w:r>
    </w:p>
    <w:p>
      <w:r>
        <w:br w:type="page"/>
      </w:r>
    </w:p>
    <w:p>
      <w:r>
        <w:rPr>
          <w:b/>
          <w:color w:val="808080"/>
          <w:sz w:val="16"/>
        </w:rPr>
        <w:t>FORMAT 1: SCHOOL BONAFIDE CERTIFICATE</w:t>
      </w:r>
    </w:p>
    <w:p>
      <w:pPr>
        <w:spacing w:after="280"/>
        <w:jc w:val="center"/>
      </w:pPr>
      <w:r>
        <w:rPr>
          <w:b/>
          <w:sz w:val="25"/>
          <w:highlight w:val="yellow"/>
        </w:rPr>
        <w:t>[School name]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[Board affiliation or school code]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[Address]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[Phone]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[Email]</w:t>
      </w:r>
    </w:p>
    <w:p>
      <w:r>
        <w:rPr>
          <w:b w:val="0"/>
        </w:rPr>
        <w:t xml:space="preserve">S. No.: </w:t>
      </w:r>
      <w:r>
        <w:rPr>
          <w:b w:val="0"/>
          <w:highlight w:val="yellow"/>
        </w:rPr>
        <w:t>[Number]</w:t>
      </w:r>
    </w:p>
    <w:p>
      <w:pPr>
        <w:jc w:val="right"/>
      </w:pPr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pPr>
        <w:spacing w:after="240"/>
        <w:jc w:val="center"/>
      </w:pPr>
      <w:r>
        <w:rPr>
          <w:b/>
          <w:sz w:val="28"/>
        </w:rPr>
        <w:t>BONAFIDE CERTIFICATE</w:t>
      </w:r>
    </w:p>
    <w:p>
      <w:r>
        <w:rPr>
          <w:b w:val="0"/>
        </w:rPr>
        <w:t xml:space="preserve">This is to certify that </w:t>
      </w:r>
      <w:r>
        <w:rPr>
          <w:b w:val="0"/>
          <w:highlight w:val="yellow"/>
        </w:rPr>
        <w:t>[Full name]</w:t>
      </w:r>
      <w:r>
        <w:rPr>
          <w:b w:val="0"/>
        </w:rPr>
        <w:t xml:space="preserve">,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 of </w:t>
      </w:r>
      <w:r>
        <w:rPr>
          <w:b w:val="0"/>
          <w:highlight w:val="yellow"/>
        </w:rPr>
        <w:t>[Father's or mother's name]</w:t>
      </w:r>
      <w:r>
        <w:rPr>
          <w:b w:val="0"/>
        </w:rPr>
        <w:t xml:space="preserve">, is a bonafide student of this school, studying in Class </w:t>
      </w:r>
      <w:r>
        <w:rPr>
          <w:b w:val="0"/>
          <w:highlight w:val="yellow"/>
        </w:rPr>
        <w:t>[Class and section]</w:t>
      </w:r>
      <w:r>
        <w:rPr>
          <w:b w:val="0"/>
        </w:rPr>
        <w:t xml:space="preserve"> during the academic year </w:t>
      </w:r>
      <w:r>
        <w:rPr>
          <w:b w:val="0"/>
          <w:highlight w:val="yellow"/>
        </w:rPr>
        <w:t>[YYYY-YY]</w:t>
      </w:r>
      <w:r>
        <w:rPr>
          <w:b w:val="0"/>
        </w:rPr>
        <w:t xml:space="preserve">.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Admission No. is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 and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date of birth as per school records is </w:t>
      </w:r>
      <w:r>
        <w:rPr>
          <w:b w:val="0"/>
          <w:highlight w:val="yellow"/>
        </w:rPr>
        <w:t>[DD Month YYYY]</w:t>
      </w:r>
      <w:r>
        <w:rPr>
          <w:b w:val="0"/>
        </w:rPr>
        <w:t>.</w:t>
      </w:r>
    </w:p>
    <w:p>
      <w:r>
        <w:rPr>
          <w:b w:val="0"/>
        </w:rPr>
        <w:t xml:space="preserve">To the best of my knowledge, </w:t>
      </w:r>
      <w:r>
        <w:rPr>
          <w:b w:val="0"/>
          <w:highlight w:val="yellow"/>
        </w:rPr>
        <w:t>[he/she]</w:t>
      </w:r>
      <w:r>
        <w:rPr>
          <w:b w:val="0"/>
        </w:rPr>
        <w:t xml:space="preserve"> bears a good moral character.</w:t>
      </w:r>
    </w:p>
    <w:p>
      <w:r>
        <w:rPr>
          <w:b w:val="0"/>
        </w:rPr>
        <w:t xml:space="preserve">This certificate is issued on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request for </w:t>
      </w:r>
      <w:r>
        <w:rPr>
          <w:b w:val="0"/>
          <w:highlight w:val="yellow"/>
        </w:rPr>
        <w:t>[purpose, e.g. a scholarship application / opening a bank account]</w:t>
      </w:r>
      <w:r>
        <w:rPr>
          <w:b w:val="0"/>
        </w:rPr>
        <w:t>.</w:t>
      </w:r>
    </w:p>
    <w:p/>
    <w:p>
      <w:pPr>
        <w:spacing w:after="0"/>
      </w:pPr>
      <w:r>
        <w:rPr>
          <w:b w:val="0"/>
          <w:highlight w:val="yellow"/>
        </w:rPr>
        <w:t>[Signature]</w:t>
      </w:r>
    </w:p>
    <w:p>
      <w:pPr>
        <w:spacing w:after="0"/>
      </w:pPr>
      <w:r>
        <w:rPr>
          <w:b w:val="0"/>
          <w:highlight w:val="yellow"/>
        </w:rPr>
        <w:t>[Principal's name]</w:t>
      </w:r>
    </w:p>
    <w:p>
      <w:pPr>
        <w:spacing w:after="0"/>
      </w:pPr>
      <w:r>
        <w:rPr>
          <w:b w:val="0"/>
        </w:rPr>
        <w:t>Principal</w:t>
      </w:r>
    </w:p>
    <w:p>
      <w:pPr>
        <w:spacing w:after="0"/>
      </w:pPr>
      <w:r>
        <w:rPr>
          <w:b w:val="0"/>
          <w:highlight w:val="yellow"/>
        </w:rPr>
        <w:t>[School seal]</w:t>
      </w:r>
    </w:p>
    <w:p>
      <w:r>
        <w:br w:type="page"/>
      </w:r>
    </w:p>
    <w:p>
      <w:r>
        <w:rPr>
          <w:b/>
          <w:color w:val="808080"/>
          <w:sz w:val="16"/>
        </w:rPr>
        <w:t>FORMAT 2: BONAFIDE CERTIFICATE FROM COLLEGE</w:t>
      </w:r>
    </w:p>
    <w:p>
      <w:pPr>
        <w:spacing w:after="280"/>
        <w:jc w:val="center"/>
      </w:pPr>
      <w:r>
        <w:rPr>
          <w:b/>
          <w:sz w:val="25"/>
          <w:highlight w:val="yellow"/>
        </w:rPr>
        <w:t>[College name]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[Affiliating university]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[Address]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[Phone]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[Email]</w:t>
      </w:r>
    </w:p>
    <w:p>
      <w:r>
        <w:rPr>
          <w:b w:val="0"/>
        </w:rPr>
        <w:t xml:space="preserve">Ref. No.: </w:t>
      </w:r>
      <w:r>
        <w:rPr>
          <w:b w:val="0"/>
          <w:highlight w:val="yellow"/>
        </w:rPr>
        <w:t>[Number]</w:t>
      </w:r>
    </w:p>
    <w:p>
      <w:pPr>
        <w:jc w:val="right"/>
      </w:pPr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pPr>
        <w:spacing w:after="240"/>
        <w:jc w:val="center"/>
      </w:pPr>
      <w:r>
        <w:rPr>
          <w:b/>
          <w:sz w:val="28"/>
        </w:rPr>
        <w:t>BONAFIDE CERTIFICATE</w:t>
      </w:r>
    </w:p>
    <w:p>
      <w:r>
        <w:rPr>
          <w:b w:val="0"/>
        </w:rPr>
        <w:t xml:space="preserve">This is to certify that </w:t>
      </w:r>
      <w:r>
        <w:rPr>
          <w:b w:val="0"/>
          <w:highlight w:val="yellow"/>
        </w:rPr>
        <w:t>[Mr./Ms. Full name]</w:t>
      </w:r>
      <w:r>
        <w:rPr>
          <w:b w:val="0"/>
        </w:rPr>
        <w:t xml:space="preserve">,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 of </w:t>
      </w:r>
      <w:r>
        <w:rPr>
          <w:b w:val="0"/>
          <w:highlight w:val="yellow"/>
        </w:rPr>
        <w:t>[Parent's name]</w:t>
      </w:r>
      <w:r>
        <w:rPr>
          <w:b w:val="0"/>
        </w:rPr>
        <w:t xml:space="preserve">, is a bonafide student of this college, enrolled in </w:t>
      </w:r>
      <w:r>
        <w:rPr>
          <w:b w:val="0"/>
          <w:highlight w:val="yellow"/>
        </w:rPr>
        <w:t>[Course, e.g. B.Sc Computer Science]</w:t>
      </w:r>
      <w:r>
        <w:rPr>
          <w:b w:val="0"/>
        </w:rPr>
        <w:t xml:space="preserve">, </w:t>
      </w:r>
      <w:r>
        <w:rPr>
          <w:b w:val="0"/>
          <w:highlight w:val="yellow"/>
        </w:rPr>
        <w:t>[Year/Semester]</w:t>
      </w:r>
      <w:r>
        <w:rPr>
          <w:b w:val="0"/>
        </w:rPr>
        <w:t xml:space="preserve">, during the academic year </w:t>
      </w:r>
      <w:r>
        <w:rPr>
          <w:b w:val="0"/>
          <w:highlight w:val="yellow"/>
        </w:rPr>
        <w:t>[YYYY-YY]</w:t>
      </w:r>
      <w:r>
        <w:rPr>
          <w:b w:val="0"/>
        </w:rPr>
        <w:t xml:space="preserve">, with Enrolment/Roll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. The course runs from </w:t>
      </w:r>
      <w:r>
        <w:rPr>
          <w:b w:val="0"/>
          <w:highlight w:val="yellow"/>
        </w:rPr>
        <w:t>[Year]</w:t>
      </w:r>
      <w:r>
        <w:rPr>
          <w:b w:val="0"/>
        </w:rPr>
        <w:t xml:space="preserve"> to </w:t>
      </w:r>
      <w:r>
        <w:rPr>
          <w:b w:val="0"/>
          <w:highlight w:val="yellow"/>
        </w:rPr>
        <w:t>[Year]</w:t>
      </w:r>
      <w:r>
        <w:rPr>
          <w:b w:val="0"/>
        </w:rPr>
        <w:t>.</w:t>
      </w:r>
    </w:p>
    <w:p>
      <w:r>
        <w:rPr>
          <w:b w:val="0"/>
          <w:highlight w:val="yellow"/>
        </w:rPr>
        <w:t>[He/She]</w:t>
      </w:r>
      <w:r>
        <w:rPr>
          <w:b w:val="0"/>
        </w:rPr>
        <w:t xml:space="preserve"> has paid the fee of Rs </w:t>
      </w:r>
      <w:r>
        <w:rPr>
          <w:b w:val="0"/>
          <w:highlight w:val="yellow"/>
        </w:rPr>
        <w:t>[amount]</w:t>
      </w:r>
      <w:r>
        <w:rPr>
          <w:b w:val="0"/>
        </w:rPr>
        <w:t xml:space="preserve"> for the academic year </w:t>
      </w:r>
      <w:r>
        <w:rPr>
          <w:b w:val="0"/>
          <w:highlight w:val="yellow"/>
        </w:rPr>
        <w:t>[YYYY-YY]</w:t>
      </w:r>
      <w:r>
        <w:rPr>
          <w:b w:val="0"/>
        </w:rPr>
        <w:t xml:space="preserve">. / The fee for the academic year </w:t>
      </w:r>
      <w:r>
        <w:rPr>
          <w:b w:val="0"/>
          <w:highlight w:val="yellow"/>
        </w:rPr>
        <w:t>[YYYY-YY]</w:t>
      </w:r>
      <w:r>
        <w:rPr>
          <w:b w:val="0"/>
        </w:rPr>
        <w:t xml:space="preserve"> is Rs </w:t>
      </w:r>
      <w:r>
        <w:rPr>
          <w:b w:val="0"/>
          <w:highlight w:val="yellow"/>
        </w:rPr>
        <w:t>[amount]</w:t>
      </w:r>
      <w:r>
        <w:rPr>
          <w:b w:val="0"/>
        </w:rPr>
        <w:t>. (Keep only if the requesting office asks for fees.)</w:t>
      </w:r>
    </w:p>
    <w:p>
      <w:r>
        <w:rPr>
          <w:b w:val="0"/>
        </w:rPr>
        <w:t xml:space="preserve">This certificate is issued on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request for </w:t>
      </w:r>
      <w:r>
        <w:rPr>
          <w:b w:val="0"/>
          <w:highlight w:val="yellow"/>
        </w:rPr>
        <w:t>[purpose, e.g. an education loan / an internship at (Organisation name)]</w:t>
      </w:r>
      <w:r>
        <w:rPr>
          <w:b w:val="0"/>
        </w:rPr>
        <w:t>.</w:t>
      </w:r>
    </w:p>
    <w:p/>
    <w:p>
      <w:pPr>
        <w:spacing w:after="0"/>
      </w:pPr>
      <w:r>
        <w:rPr>
          <w:b w:val="0"/>
          <w:highlight w:val="yellow"/>
        </w:rPr>
        <w:t>[Signature]</w:t>
      </w:r>
    </w:p>
    <w:p>
      <w:pPr>
        <w:spacing w:after="0"/>
      </w:pPr>
      <w:r>
        <w:rPr>
          <w:b w:val="0"/>
          <w:highlight w:val="yellow"/>
        </w:rPr>
        <w:t>[Name]</w:t>
      </w:r>
    </w:p>
    <w:p>
      <w:pPr>
        <w:spacing w:after="0"/>
      </w:pPr>
      <w:r>
        <w:rPr>
          <w:b w:val="0"/>
        </w:rPr>
        <w:t>[Principal</w:t>
      </w:r>
    </w:p>
    <w:p>
      <w:pPr>
        <w:spacing w:after="0"/>
      </w:pPr>
      <w:r>
        <w:rPr>
          <w:b w:val="0"/>
        </w:rPr>
        <w:t>Registrar</w:t>
      </w:r>
    </w:p>
    <w:p>
      <w:pPr>
        <w:spacing w:after="0"/>
      </w:pPr>
      <w:r>
        <w:rPr>
          <w:b w:val="0"/>
        </w:rPr>
        <w:t>Head of Department]</w:t>
      </w:r>
    </w:p>
    <w:p>
      <w:pPr>
        <w:spacing w:after="0"/>
      </w:pPr>
      <w:r>
        <w:rPr>
          <w:b w:val="0"/>
          <w:highlight w:val="yellow"/>
        </w:rPr>
        <w:t>[College seal]</w:t>
      </w:r>
    </w:p>
    <w:p>
      <w:r>
        <w:br w:type="page"/>
      </w:r>
    </w:p>
    <w:p>
      <w:r>
        <w:rPr>
          <w:b/>
          <w:color w:val="808080"/>
          <w:sz w:val="16"/>
        </w:rPr>
        <w:t>FORMAT 3: BONAFIDE CERTIFICATE FOR SCHOLARSHIP (FIELDS FOLLOW THE AICTE PRAGATI FORMAT)</w:t>
      </w:r>
    </w:p>
    <w:p>
      <w:pPr>
        <w:spacing w:after="240"/>
        <w:jc w:val="center"/>
      </w:pPr>
      <w:r>
        <w:rPr>
          <w:b/>
          <w:sz w:val="28"/>
        </w:rPr>
        <w:t>STUDY / BONAFIDE CERTIFICATE</w:t>
      </w:r>
    </w:p>
    <w:p>
      <w:r>
        <w:rPr>
          <w:b w:val="0"/>
        </w:rPr>
        <w:t>(To be issued by the Director / Principal / Head of the Institution. Strike off whichever is not applicable.)</w:t>
      </w:r>
    </w:p>
    <w:p>
      <w:pPr>
        <w:jc w:val="right"/>
      </w:pPr>
      <w:r>
        <w:rPr>
          <w:b w:val="0"/>
          <w:highlight w:val="yellow"/>
        </w:rPr>
        <w:t>[Student's passport photo, attested with the institution's seal]</w:t>
      </w:r>
    </w:p>
    <w:p>
      <w:r>
        <w:rPr>
          <w:b w:val="0"/>
        </w:rPr>
        <w:t xml:space="preserve">This is to certify that </w:t>
      </w:r>
      <w:r>
        <w:rPr>
          <w:b w:val="0"/>
          <w:highlight w:val="yellow"/>
        </w:rPr>
        <w:t>[Ms/Mr Full name]</w:t>
      </w:r>
      <w:r>
        <w:rPr>
          <w:b w:val="0"/>
        </w:rPr>
        <w:t xml:space="preserve">, </w:t>
      </w:r>
      <w:r>
        <w:rPr>
          <w:b w:val="0"/>
          <w:highlight w:val="yellow"/>
        </w:rPr>
        <w:t>[Daughter/Son/Ward]</w:t>
      </w:r>
      <w:r>
        <w:rPr>
          <w:b w:val="0"/>
        </w:rPr>
        <w:t xml:space="preserve"> of Shri/Smt </w:t>
      </w:r>
      <w:r>
        <w:rPr>
          <w:b w:val="0"/>
          <w:highlight w:val="yellow"/>
        </w:rPr>
        <w:t>[Parent's name]</w:t>
      </w:r>
      <w:r>
        <w:rPr>
          <w:b w:val="0"/>
        </w:rPr>
        <w:t xml:space="preserve">, Date of Birth </w:t>
      </w:r>
      <w:r>
        <w:rPr>
          <w:b w:val="0"/>
          <w:highlight w:val="yellow"/>
        </w:rPr>
        <w:t>[DD-MM-YYYY]</w:t>
      </w:r>
      <w:r>
        <w:rPr>
          <w:b w:val="0"/>
        </w:rPr>
        <w:t xml:space="preserve">, is a bonafide student of </w:t>
      </w:r>
      <w:r>
        <w:rPr>
          <w:b w:val="0"/>
          <w:highlight w:val="yellow"/>
        </w:rPr>
        <w:t>[Name of the institution]</w:t>
      </w:r>
      <w:r>
        <w:rPr>
          <w:b w:val="0"/>
        </w:rPr>
        <w:t>.</w:t>
      </w:r>
    </w:p>
    <w:p>
      <w:r>
        <w:rPr>
          <w:b w:val="0"/>
          <w:highlight w:val="yellow"/>
        </w:rPr>
        <w:t>[He/She]</w:t>
      </w:r>
      <w:r>
        <w:rPr>
          <w:b w:val="0"/>
        </w:rPr>
        <w:t xml:space="preserve"> has registered on the National Scholarship Portal and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Application ID is </w:t>
      </w:r>
      <w:r>
        <w:rPr>
          <w:b w:val="0"/>
          <w:highlight w:val="yellow"/>
        </w:rPr>
        <w:t>[ID]</w:t>
      </w:r>
      <w:r>
        <w:rPr>
          <w:b w:val="0"/>
        </w:rPr>
        <w:t>.</w:t>
      </w:r>
    </w:p>
    <w:p>
      <w:r>
        <w:rPr>
          <w:b w:val="0"/>
          <w:highlight w:val="yellow"/>
        </w:rPr>
        <w:t>[He/She]</w:t>
      </w:r>
      <w:r>
        <w:rPr>
          <w:b w:val="0"/>
        </w:rPr>
        <w:t xml:space="preserve"> bears Roll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 and is currently studying </w:t>
      </w:r>
      <w:r>
        <w:rPr>
          <w:b w:val="0"/>
          <w:highlight w:val="yellow"/>
        </w:rPr>
        <w:t>[Course and branch]</w:t>
      </w:r>
      <w:r>
        <w:rPr>
          <w:b w:val="0"/>
        </w:rPr>
        <w:t xml:space="preserve"> in </w:t>
      </w:r>
      <w:r>
        <w:rPr>
          <w:b w:val="0"/>
          <w:highlight w:val="yellow"/>
        </w:rPr>
        <w:t>[1st/2nd/3rd/4th]</w:t>
      </w:r>
      <w:r>
        <w:rPr>
          <w:b w:val="0"/>
        </w:rPr>
        <w:t xml:space="preserve"> year in the academic year </w:t>
      </w:r>
      <w:r>
        <w:rPr>
          <w:b w:val="0"/>
          <w:highlight w:val="yellow"/>
        </w:rPr>
        <w:t>[YYYY-YY]</w:t>
      </w:r>
      <w:r>
        <w:rPr>
          <w:b w:val="0"/>
        </w:rPr>
        <w:t>.</w:t>
      </w:r>
    </w:p>
    <w:p>
      <w:r>
        <w:rPr>
          <w:b w:val="0"/>
        </w:rPr>
        <w:t xml:space="preserve">As per records,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domicile state is </w:t>
      </w:r>
      <w:r>
        <w:rPr>
          <w:b w:val="0"/>
          <w:highlight w:val="yellow"/>
        </w:rPr>
        <w:t>[State]</w:t>
      </w:r>
      <w:r>
        <w:rPr>
          <w:b w:val="0"/>
        </w:rPr>
        <w:t>.</w:t>
      </w:r>
    </w:p>
    <w:p>
      <w:r>
        <w:rPr>
          <w:b w:val="0"/>
        </w:rPr>
        <w:t xml:space="preserve">Place: </w:t>
      </w:r>
      <w:r>
        <w:rPr>
          <w:b w:val="0"/>
          <w:highlight w:val="yellow"/>
        </w:rPr>
        <w:t>[City]</w:t>
      </w:r>
    </w:p>
    <w:p>
      <w:r>
        <w:rPr>
          <w:b w:val="0"/>
        </w:rPr>
        <w:t xml:space="preserve">Date: </w:t>
      </w:r>
      <w:r>
        <w:rPr>
          <w:b w:val="0"/>
          <w:highlight w:val="yellow"/>
        </w:rPr>
        <w:t>[DD-MM-YYYY]</w:t>
      </w:r>
    </w:p>
    <w:p/>
    <w:p>
      <w:pPr>
        <w:spacing w:after="0"/>
      </w:pPr>
      <w:r>
        <w:rPr>
          <w:b w:val="0"/>
        </w:rPr>
        <w:t>[Signature of the Director</w:t>
      </w:r>
    </w:p>
    <w:p>
      <w:pPr>
        <w:spacing w:after="0"/>
      </w:pPr>
      <w:r>
        <w:rPr>
          <w:b w:val="0"/>
        </w:rPr>
        <w:t>Principal</w:t>
      </w:r>
    </w:p>
    <w:p>
      <w:pPr>
        <w:spacing w:after="0"/>
      </w:pPr>
      <w:r>
        <w:rPr>
          <w:b w:val="0"/>
        </w:rPr>
        <w:t>Head of the Institution, with seal]</w:t>
      </w:r>
    </w:p>
    <w:p>
      <w:pPr>
        <w:spacing w:after="0"/>
      </w:pPr>
      <w:r>
        <w:rPr>
          <w:b w:val="0"/>
        </w:rPr>
        <w:t xml:space="preserve">Name: </w:t>
      </w:r>
      <w:r>
        <w:rPr>
          <w:b w:val="0"/>
          <w:highlight w:val="yellow"/>
        </w:rPr>
        <w:t>[Name]</w:t>
      </w:r>
    </w:p>
    <w:p>
      <w:pPr>
        <w:spacing w:after="0"/>
      </w:pPr>
      <w:r>
        <w:rPr>
          <w:b w:val="0"/>
        </w:rPr>
        <w:t xml:space="preserve">Designation: </w:t>
      </w:r>
      <w:r>
        <w:rPr>
          <w:b w:val="0"/>
          <w:highlight w:val="yellow"/>
        </w:rPr>
        <w:t>[Designation]</w:t>
      </w:r>
    </w:p>
    <w:p>
      <w:pPr>
        <w:spacing w:after="0"/>
      </w:pPr>
      <w:r>
        <w:rPr>
          <w:b w:val="0"/>
        </w:rPr>
        <w:t xml:space="preserve">Institute ID: </w:t>
      </w:r>
      <w:r>
        <w:rPr>
          <w:b w:val="0"/>
          <w:highlight w:val="yellow"/>
        </w:rPr>
        <w:t>[ID, if the scheme asks]</w:t>
      </w:r>
    </w:p>
    <w:p>
      <w:pPr>
        <w:spacing w:after="0"/>
      </w:pPr>
      <w:r>
        <w:rPr>
          <w:b w:val="0"/>
        </w:rPr>
        <w:t xml:space="preserve">Address: </w:t>
      </w:r>
      <w:r>
        <w:rPr>
          <w:b w:val="0"/>
          <w:highlight w:val="yellow"/>
        </w:rPr>
        <w:t>[Address]</w:t>
      </w:r>
    </w:p>
    <w:p>
      <w:pPr>
        <w:spacing w:after="0"/>
      </w:pPr>
      <w:r>
        <w:rPr>
          <w:b w:val="0"/>
        </w:rPr>
        <w:t xml:space="preserve">Office phone: </w:t>
      </w:r>
      <w:r>
        <w:rPr>
          <w:b w:val="0"/>
          <w:highlight w:val="yellow"/>
        </w:rPr>
        <w:t>[Phone]</w:t>
      </w:r>
      <w:r>
        <w:rPr>
          <w:b w:val="0"/>
        </w:rPr>
        <w:t xml:space="preserve">   Mobile: </w:t>
      </w:r>
      <w:r>
        <w:rPr>
          <w:b w:val="0"/>
          <w:highlight w:val="yellow"/>
        </w:rPr>
        <w:t>[Mobile]</w:t>
      </w:r>
    </w:p>
    <w:p>
      <w:pPr>
        <w:spacing w:after="0"/>
      </w:pPr>
      <w:r>
        <w:rPr>
          <w:b w:val="0"/>
        </w:rPr>
        <w:t xml:space="preserve">Email: </w:t>
      </w:r>
      <w:r>
        <w:rPr>
          <w:b w:val="0"/>
          <w:highlight w:val="yellow"/>
        </w:rPr>
        <w:t>[Email]</w:t>
      </w:r>
    </w:p>
    <w:p>
      <w:r>
        <w:br w:type="page"/>
      </w:r>
    </w:p>
    <w:p>
      <w:r>
        <w:rPr>
          <w:b/>
          <w:color w:val="808080"/>
          <w:sz w:val="16"/>
        </w:rPr>
        <w:t>FORMAT 4: BONAFIDE CERTIFICATE FOR CHILDREN EDUCATION ALLOWANCE (ANNEXURE B STRUCTURE)</w:t>
      </w:r>
    </w:p>
    <w:p>
      <w:pPr>
        <w:spacing w:after="240"/>
        <w:jc w:val="center"/>
      </w:pPr>
      <w:r>
        <w:rPr>
          <w:b/>
          <w:sz w:val="28"/>
        </w:rPr>
        <w:t>BONAFIDE CERTIFICATE FROM THE HEAD OF INSTITUTION/SCHOOL</w:t>
      </w:r>
    </w:p>
    <w:p>
      <w:r>
        <w:rPr>
          <w:b w:val="0"/>
        </w:rPr>
        <w:t xml:space="preserve">This is to certify that </w:t>
      </w:r>
      <w:r>
        <w:rPr>
          <w:b w:val="0"/>
          <w:highlight w:val="yellow"/>
        </w:rPr>
        <w:t>[Master/Miss Full name]</w:t>
      </w:r>
      <w:r>
        <w:rPr>
          <w:b w:val="0"/>
        </w:rPr>
        <w:t xml:space="preserve">, Roll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, Admission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,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 of Sri/Smt </w:t>
      </w:r>
      <w:r>
        <w:rPr>
          <w:b w:val="0"/>
          <w:highlight w:val="yellow"/>
        </w:rPr>
        <w:t>[Parent's name]</w:t>
      </w:r>
      <w:r>
        <w:rPr>
          <w:b w:val="0"/>
        </w:rPr>
        <w:t xml:space="preserve">, is a bonafide student of this school and studied in Class </w:t>
      </w:r>
      <w:r>
        <w:rPr>
          <w:b w:val="0"/>
          <w:highlight w:val="yellow"/>
        </w:rPr>
        <w:t>[Class]</w:t>
      </w:r>
      <w:r>
        <w:rPr>
          <w:b w:val="0"/>
        </w:rPr>
        <w:t xml:space="preserve"> during the financial year </w:t>
      </w:r>
      <w:r>
        <w:rPr>
          <w:b w:val="0"/>
          <w:highlight w:val="yellow"/>
        </w:rPr>
        <w:t>[YYYY-YY]</w:t>
      </w:r>
      <w:r>
        <w:rPr>
          <w:b w:val="0"/>
        </w:rPr>
        <w:t xml:space="preserve">, and as per school records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date of birth is </w:t>
      </w:r>
      <w:r>
        <w:rPr>
          <w:b w:val="0"/>
          <w:highlight w:val="yellow"/>
        </w:rPr>
        <w:t>[DD-MM-YYYY]</w:t>
      </w:r>
      <w:r>
        <w:rPr>
          <w:b w:val="0"/>
        </w:rPr>
        <w:t xml:space="preserve"> (in words: </w:t>
      </w:r>
      <w:r>
        <w:rPr>
          <w:b w:val="0"/>
          <w:highlight w:val="yellow"/>
        </w:rPr>
        <w:t>[Date in words]</w:t>
      </w:r>
      <w:r>
        <w:rPr>
          <w:b w:val="0"/>
        </w:rPr>
        <w:t>).</w:t>
      </w:r>
    </w:p>
    <w:p>
      <w:r>
        <w:rPr>
          <w:b w:val="0"/>
        </w:rPr>
        <w:t xml:space="preserve">This is also to certify that the above named child had studied in this school in the previous academic year </w:t>
      </w:r>
      <w:r>
        <w:rPr>
          <w:b w:val="0"/>
          <w:highlight w:val="yellow"/>
        </w:rPr>
        <w:t>[YYYY-YY]</w:t>
      </w:r>
      <w:r>
        <w:rPr>
          <w:b w:val="0"/>
        </w:rPr>
        <w:t>.</w:t>
      </w:r>
    </w:p>
    <w:p>
      <w:r>
        <w:rPr>
          <w:b w:val="0"/>
          <w:highlight w:val="yellow"/>
        </w:rPr>
        <w:t>[He/She]</w:t>
      </w:r>
      <w:r>
        <w:rPr>
          <w:b w:val="0"/>
        </w:rPr>
        <w:t xml:space="preserve"> bears a good moral character.</w:t>
      </w:r>
    </w:p>
    <w:p>
      <w:r>
        <w:rPr>
          <w:b w:val="0"/>
        </w:rPr>
        <w:t xml:space="preserve">** During the year </w:t>
      </w:r>
      <w:r>
        <w:rPr>
          <w:b w:val="0"/>
          <w:highlight w:val="yellow"/>
        </w:rPr>
        <w:t>[Master/Miss Full name]</w:t>
      </w:r>
      <w:r>
        <w:rPr>
          <w:b w:val="0"/>
        </w:rPr>
        <w:t xml:space="preserve"> resided in the residential complex (hostel) of the school and paid Rs </w:t>
      </w:r>
      <w:r>
        <w:rPr>
          <w:b w:val="0"/>
          <w:highlight w:val="yellow"/>
        </w:rPr>
        <w:t>[amount]</w:t>
      </w:r>
      <w:r>
        <w:rPr>
          <w:b w:val="0"/>
        </w:rPr>
        <w:t xml:space="preserve"> towards boarding and lodging.</w:t>
      </w:r>
    </w:p>
    <w:p>
      <w:r>
        <w:rPr>
          <w:b w:val="0"/>
        </w:rPr>
        <w:t xml:space="preserve">This institution/school is affiliated/recognised by </w:t>
      </w:r>
      <w:r>
        <w:rPr>
          <w:b w:val="0"/>
          <w:highlight w:val="yellow"/>
        </w:rPr>
        <w:t>[Board or authority]</w:t>
      </w:r>
      <w:r>
        <w:rPr>
          <w:b w:val="0"/>
        </w:rPr>
        <w:t xml:space="preserve">, and the affiliation/recognition number is </w:t>
      </w:r>
      <w:r>
        <w:rPr>
          <w:b w:val="0"/>
          <w:highlight w:val="yellow"/>
        </w:rPr>
        <w:t>[Number]</w:t>
      </w:r>
      <w:r>
        <w:rPr>
          <w:b w:val="0"/>
        </w:rPr>
        <w:t>.</w:t>
      </w:r>
    </w:p>
    <w:p>
      <w:r>
        <w:rPr>
          <w:b w:val="0"/>
        </w:rPr>
        <w:t xml:space="preserve">Dated: </w:t>
      </w:r>
      <w:r>
        <w:rPr>
          <w:b w:val="0"/>
          <w:highlight w:val="yellow"/>
        </w:rPr>
        <w:t>[DD-MM-YYYY]</w:t>
      </w:r>
    </w:p>
    <w:p>
      <w:r>
        <w:rPr>
          <w:b w:val="0"/>
        </w:rPr>
        <w:t xml:space="preserve">Place: </w:t>
      </w:r>
      <w:r>
        <w:rPr>
          <w:b w:val="0"/>
          <w:highlight w:val="yellow"/>
        </w:rPr>
        <w:t>[City]</w:t>
      </w:r>
    </w:p>
    <w:p/>
    <w:p>
      <w:pPr>
        <w:spacing w:after="0"/>
      </w:pPr>
      <w:r>
        <w:rPr>
          <w:b w:val="0"/>
          <w:highlight w:val="yellow"/>
        </w:rPr>
        <w:t>[Signature of the Head of the Institution/School]</w:t>
      </w:r>
    </w:p>
    <w:p>
      <w:pPr>
        <w:spacing w:after="0"/>
      </w:pPr>
      <w:r>
        <w:rPr>
          <w:b w:val="0"/>
        </w:rPr>
        <w:t>(with stamp and seal)</w:t>
      </w:r>
    </w:p>
    <w:p>
      <w:r>
        <w:rPr>
          <w:b w:val="0"/>
        </w:rPr>
        <w:t>** Strike out if not applicable. If your office attaches its own Annexure B, use that copy.</w:t>
      </w:r>
    </w:p>
    <w:p>
      <w:r>
        <w:br w:type="page"/>
      </w:r>
    </w:p>
    <w:p>
      <w:r>
        <w:rPr>
          <w:b/>
          <w:color w:val="808080"/>
          <w:sz w:val="16"/>
        </w:rPr>
        <w:t>FORMAT 5: BONAFIDE (EMPLOYMENT) CERTIFICATE FROM EMPLOYER</w:t>
      </w:r>
    </w:p>
    <w:p>
      <w:pPr>
        <w:spacing w:after="280"/>
        <w:jc w:val="center"/>
      </w:pPr>
      <w:r>
        <w:rPr>
          <w:b/>
          <w:sz w:val="25"/>
          <w:highlight w:val="yellow"/>
        </w:rPr>
        <w:t>[Company name]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[Address]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[Official email]</w:t>
      </w:r>
    </w:p>
    <w:p>
      <w:r>
        <w:rPr>
          <w:b w:val="0"/>
        </w:rPr>
        <w:t xml:space="preserve">Ref. No.: </w:t>
      </w:r>
      <w:r>
        <w:rPr>
          <w:b w:val="0"/>
          <w:highlight w:val="yellow"/>
        </w:rPr>
        <w:t>[Number]</w:t>
      </w:r>
    </w:p>
    <w:p>
      <w:pPr>
        <w:jc w:val="right"/>
      </w:pPr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pPr>
        <w:spacing w:after="240"/>
        <w:jc w:val="center"/>
      </w:pPr>
      <w:r>
        <w:rPr>
          <w:b/>
          <w:sz w:val="28"/>
        </w:rPr>
        <w:t>BONAFIDE CERTIFICATE</w:t>
      </w:r>
    </w:p>
    <w:p>
      <w:r>
        <w:rPr>
          <w:b w:val="0"/>
        </w:rPr>
        <w:t>TO WHOMSOEVER IT MAY CONCERN</w:t>
      </w:r>
    </w:p>
    <w:p>
      <w:r>
        <w:rPr>
          <w:b w:val="0"/>
        </w:rPr>
        <w:t xml:space="preserve">This is to certify that </w:t>
      </w:r>
      <w:r>
        <w:rPr>
          <w:b w:val="0"/>
          <w:highlight w:val="yellow"/>
        </w:rPr>
        <w:t>[Mr./Ms. Full name]</w:t>
      </w:r>
      <w:r>
        <w:rPr>
          <w:b w:val="0"/>
        </w:rPr>
        <w:t xml:space="preserve">, Employee ID </w:t>
      </w:r>
      <w:r>
        <w:rPr>
          <w:b w:val="0"/>
          <w:highlight w:val="yellow"/>
        </w:rPr>
        <w:t>[ID]</w:t>
      </w:r>
      <w:r>
        <w:rPr>
          <w:b w:val="0"/>
        </w:rPr>
        <w:t xml:space="preserve">, is a bonafide employee of </w:t>
      </w:r>
      <w:r>
        <w:rPr>
          <w:b w:val="0"/>
          <w:highlight w:val="yellow"/>
        </w:rPr>
        <w:t>[Company name]</w:t>
      </w:r>
      <w:r>
        <w:rPr>
          <w:b w:val="0"/>
        </w:rPr>
        <w:t xml:space="preserve"> and has been working with us as </w:t>
      </w:r>
      <w:r>
        <w:rPr>
          <w:b w:val="0"/>
          <w:highlight w:val="yellow"/>
        </w:rPr>
        <w:t>[Designation]</w:t>
      </w:r>
      <w:r>
        <w:rPr>
          <w:b w:val="0"/>
        </w:rPr>
        <w:t xml:space="preserve"> in the </w:t>
      </w:r>
      <w:r>
        <w:rPr>
          <w:b w:val="0"/>
          <w:highlight w:val="yellow"/>
        </w:rPr>
        <w:t>[Department]</w:t>
      </w:r>
      <w:r>
        <w:rPr>
          <w:b w:val="0"/>
        </w:rPr>
        <w:t xml:space="preserve"> department since </w:t>
      </w:r>
      <w:r>
        <w:rPr>
          <w:b w:val="0"/>
          <w:highlight w:val="yellow"/>
        </w:rPr>
        <w:t>[Date of joining]</w:t>
      </w:r>
      <w:r>
        <w:rPr>
          <w:b w:val="0"/>
        </w:rPr>
        <w:t>.</w:t>
      </w:r>
    </w:p>
    <w:p>
      <w:r>
        <w:rPr>
          <w:b w:val="0"/>
          <w:highlight w:val="yellow"/>
        </w:rPr>
        <w:t>[He/She]</w:t>
      </w:r>
      <w:r>
        <w:rPr>
          <w:b w:val="0"/>
        </w:rPr>
        <w:t xml:space="preserve"> is a </w:t>
      </w:r>
      <w:r>
        <w:rPr>
          <w:b w:val="0"/>
          <w:highlight w:val="yellow"/>
        </w:rPr>
        <w:t>[permanent / full-time / contract]</w:t>
      </w:r>
      <w:r>
        <w:rPr>
          <w:b w:val="0"/>
        </w:rPr>
        <w:t xml:space="preserve"> employee, and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current gross annual salary is Rs </w:t>
      </w:r>
      <w:r>
        <w:rPr>
          <w:b w:val="0"/>
          <w:highlight w:val="yellow"/>
        </w:rPr>
        <w:t>[amount]</w:t>
      </w:r>
      <w:r>
        <w:rPr>
          <w:b w:val="0"/>
        </w:rPr>
        <w:t>. (Include salary only if the requesting office asks for it.)</w:t>
      </w:r>
    </w:p>
    <w:p>
      <w:r>
        <w:rPr>
          <w:b w:val="0"/>
        </w:rPr>
        <w:t xml:space="preserve">This certificate is issued at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request for </w:t>
      </w:r>
      <w:r>
        <w:rPr>
          <w:b w:val="0"/>
          <w:highlight w:val="yellow"/>
        </w:rPr>
        <w:t>[purpose, e.g. a home loan application with (Bank name) / a visa application]</w:t>
      </w:r>
      <w:r>
        <w:rPr>
          <w:b w:val="0"/>
        </w:rPr>
        <w:t>.</w:t>
      </w:r>
    </w:p>
    <w:p/>
    <w:p>
      <w:pPr>
        <w:spacing w:after="0"/>
      </w:pPr>
      <w:r>
        <w:rPr>
          <w:b w:val="0"/>
          <w:highlight w:val="yellow"/>
        </w:rPr>
        <w:t>[Signature]</w:t>
      </w:r>
    </w:p>
    <w:p>
      <w:pPr>
        <w:spacing w:after="0"/>
      </w:pPr>
      <w:r>
        <w:rPr>
          <w:b w:val="0"/>
          <w:highlight w:val="yellow"/>
        </w:rPr>
        <w:t>[Name]</w:t>
      </w:r>
    </w:p>
    <w:p>
      <w:pPr>
        <w:spacing w:after="0"/>
      </w:pPr>
      <w:r>
        <w:rPr>
          <w:b w:val="0"/>
        </w:rPr>
        <w:t>[HR Manager</w:t>
      </w:r>
    </w:p>
    <w:p>
      <w:pPr>
        <w:spacing w:after="0"/>
      </w:pPr>
      <w:r>
        <w:rPr>
          <w:b w:val="0"/>
        </w:rPr>
        <w:t>Director]</w:t>
      </w:r>
    </w:p>
    <w:p>
      <w:pPr>
        <w:spacing w:after="0"/>
      </w:pPr>
      <w:r>
        <w:rPr>
          <w:b w:val="0"/>
          <w:highlight w:val="yellow"/>
        </w:rPr>
        <w:t>[Official email and phone]</w:t>
      </w:r>
    </w:p>
    <w:p>
      <w:pPr>
        <w:spacing w:after="0"/>
      </w:pPr>
      <w:r>
        <w:rPr>
          <w:b w:val="0"/>
          <w:highlight w:val="yellow"/>
        </w:rPr>
        <w:t>[Company seal, if used]</w:t>
      </w:r>
    </w:p>
    <w:p>
      <w:r>
        <w:br w:type="page"/>
      </w:r>
    </w:p>
    <w:p>
      <w:r>
        <w:rPr>
          <w:b/>
          <w:color w:val="808080"/>
          <w:sz w:val="16"/>
        </w:rPr>
        <w:t>FORMAT 6: APPLICATION FOR A BONAFIDE CERTIFICATE</w:t>
      </w:r>
    </w:p>
    <w:p>
      <w:r>
        <w:rPr>
          <w:b w:val="0"/>
        </w:rPr>
        <w:t>To</w:t>
      </w:r>
    </w:p>
    <w:p>
      <w:r>
        <w:rPr>
          <w:b w:val="0"/>
        </w:rPr>
        <w:t>The Principal,</w:t>
      </w:r>
    </w:p>
    <w:p>
      <w:r>
        <w:rPr>
          <w:b w:val="0"/>
          <w:highlight w:val="yellow"/>
        </w:rPr>
        <w:t>[School or college name]</w:t>
      </w:r>
      <w:r>
        <w:rPr>
          <w:b w:val="0"/>
        </w:rPr>
        <w:t>,</w:t>
      </w:r>
    </w:p>
    <w:p>
      <w:r>
        <w:rPr>
          <w:b w:val="0"/>
          <w:highlight w:val="yellow"/>
        </w:rPr>
        <w:t>[City]</w:t>
      </w:r>
    </w:p>
    <w:p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r>
        <w:rPr>
          <w:b w:val="0"/>
        </w:rPr>
        <w:t>Subject: Application for a bonafide certificate</w:t>
      </w:r>
    </w:p>
    <w:p>
      <w:r>
        <w:rPr>
          <w:b w:val="0"/>
        </w:rPr>
        <w:t>Respected Sir/Madam,</w:t>
      </w:r>
    </w:p>
    <w:p>
      <w:r>
        <w:rPr>
          <w:b w:val="0"/>
        </w:rPr>
        <w:t xml:space="preserve">I am </w:t>
      </w:r>
      <w:r>
        <w:rPr>
          <w:b w:val="0"/>
          <w:highlight w:val="yellow"/>
        </w:rPr>
        <w:t>[Full name]</w:t>
      </w:r>
      <w:r>
        <w:rPr>
          <w:b w:val="0"/>
        </w:rPr>
        <w:t xml:space="preserve">,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 of </w:t>
      </w:r>
      <w:r>
        <w:rPr>
          <w:b w:val="0"/>
          <w:highlight w:val="yellow"/>
        </w:rPr>
        <w:t>[Parent's name]</w:t>
      </w:r>
      <w:r>
        <w:rPr>
          <w:b w:val="0"/>
        </w:rPr>
        <w:t xml:space="preserve">, a student of </w:t>
      </w:r>
      <w:r>
        <w:rPr>
          <w:b w:val="0"/>
          <w:highlight w:val="yellow"/>
        </w:rPr>
        <w:t>[Class or course, year]</w:t>
      </w:r>
      <w:r>
        <w:rPr>
          <w:b w:val="0"/>
        </w:rPr>
        <w:t xml:space="preserve">, </w:t>
      </w:r>
      <w:r>
        <w:rPr>
          <w:b w:val="0"/>
          <w:highlight w:val="yellow"/>
        </w:rPr>
        <w:t>[Section, if any]</w:t>
      </w:r>
      <w:r>
        <w:rPr>
          <w:b w:val="0"/>
        </w:rPr>
        <w:t xml:space="preserve">, with Roll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 (Admission or Enrolment No. </w:t>
      </w:r>
      <w:r>
        <w:rPr>
          <w:b w:val="0"/>
          <w:highlight w:val="yellow"/>
        </w:rPr>
        <w:t>[Number]</w:t>
      </w:r>
      <w:r>
        <w:rPr>
          <w:b w:val="0"/>
        </w:rPr>
        <w:t>).</w:t>
      </w:r>
    </w:p>
    <w:p>
      <w:r>
        <w:rPr>
          <w:b w:val="0"/>
        </w:rPr>
        <w:t xml:space="preserve">I need a bonafide certificate for </w:t>
      </w:r>
      <w:r>
        <w:rPr>
          <w:b w:val="0"/>
          <w:highlight w:val="yellow"/>
        </w:rPr>
        <w:t>[purpose, e.g. my scholarship application on the National Scholarship Portal / an education loan from (Bank name)]</w:t>
      </w:r>
      <w:r>
        <w:rPr>
          <w:b w:val="0"/>
        </w:rPr>
        <w:t xml:space="preserve">. </w:t>
      </w:r>
      <w:r>
        <w:rPr>
          <w:b w:val="0"/>
          <w:highlight w:val="yellow"/>
        </w:rPr>
        <w:t>[If the scheme has a format: I have attached the prescribed format and request you to fill and sign it.]</w:t>
      </w:r>
      <w:r>
        <w:rPr>
          <w:b w:val="0"/>
        </w:rPr>
        <w:t xml:space="preserve"> I request you to kindly issue it by </w:t>
      </w:r>
      <w:r>
        <w:rPr>
          <w:b w:val="0"/>
          <w:highlight w:val="yellow"/>
        </w:rPr>
        <w:t>[date]</w:t>
      </w:r>
      <w:r>
        <w:rPr>
          <w:b w:val="0"/>
        </w:rPr>
        <w:t xml:space="preserve">. A copy of my </w:t>
      </w:r>
      <w:r>
        <w:rPr>
          <w:b w:val="0"/>
          <w:highlight w:val="yellow"/>
        </w:rPr>
        <w:t>[ID card / fee receipt]</w:t>
      </w:r>
      <w:r>
        <w:rPr>
          <w:b w:val="0"/>
        </w:rPr>
        <w:t xml:space="preserve"> is attached.</w:t>
      </w:r>
    </w:p>
    <w:p/>
    <w:p>
      <w:pPr>
        <w:spacing w:after="0"/>
      </w:pPr>
      <w:r>
        <w:rPr>
          <w:b w:val="0"/>
        </w:rPr>
        <w:t>Thanking you,</w:t>
      </w:r>
    </w:p>
    <w:p>
      <w:pPr>
        <w:spacing w:after="0"/>
      </w:pPr>
      <w:r>
        <w:rPr>
          <w:b w:val="0"/>
        </w:rPr>
        <w:t>Yours obediently,</w:t>
      </w:r>
    </w:p>
    <w:p>
      <w:pPr>
        <w:spacing w:after="0"/>
      </w:pPr>
      <w:r>
        <w:rPr>
          <w:b w:val="0"/>
          <w:highlight w:val="yellow"/>
        </w:rPr>
        <w:t>[Full name]</w:t>
      </w:r>
    </w:p>
    <w:p>
      <w:pPr>
        <w:spacing w:after="0"/>
      </w:pPr>
      <w:r>
        <w:rPr>
          <w:b w:val="0"/>
          <w:highlight w:val="yellow"/>
        </w:rPr>
        <w:t>[Phone]</w:t>
      </w:r>
    </w:p>
    <w:p>
      <w:pPr>
        <w:spacing w:after="0"/>
      </w:pPr>
      <w:r>
        <w:rPr>
          <w:b w:val="0"/>
          <w:highlight w:val="yellow"/>
        </w:rPr>
        <w:t>[Email]</w:t>
      </w:r>
    </w:p>
    <w:p>
      <w:r>
        <w:br w:type="page"/>
      </w:r>
    </w:p>
    <w:p>
      <w:r>
        <w:rPr>
          <w:b/>
          <w:color w:val="808080"/>
          <w:sz w:val="16"/>
        </w:rPr>
        <w:t>FORMAT 7: EMAIL TO HR ASKING FOR A BONAFIDE CERTIFICATE</w:t>
      </w:r>
    </w:p>
    <w:p>
      <w:r>
        <w:rPr>
          <w:b w:val="0"/>
        </w:rPr>
        <w:t xml:space="preserve">Subject: Request for bonafide certificate: </w:t>
      </w:r>
      <w:r>
        <w:rPr>
          <w:b w:val="0"/>
          <w:highlight w:val="yellow"/>
        </w:rPr>
        <w:t>[Full name]</w:t>
      </w:r>
      <w:r>
        <w:rPr>
          <w:b w:val="0"/>
        </w:rPr>
        <w:t xml:space="preserve">, Employee ID </w:t>
      </w:r>
      <w:r>
        <w:rPr>
          <w:b w:val="0"/>
          <w:highlight w:val="yellow"/>
        </w:rPr>
        <w:t>[ID]</w:t>
      </w:r>
    </w:p>
    <w:p>
      <w:r>
        <w:rPr>
          <w:b w:val="0"/>
        </w:rPr>
        <w:t xml:space="preserve">Dear </w:t>
      </w:r>
      <w:r>
        <w:rPr>
          <w:b w:val="0"/>
          <w:highlight w:val="yellow"/>
        </w:rPr>
        <w:t>[HR name]</w:t>
      </w:r>
      <w:r>
        <w:rPr>
          <w:b w:val="0"/>
        </w:rPr>
        <w:t>,</w:t>
      </w:r>
    </w:p>
    <w:p>
      <w:r>
        <w:rPr>
          <w:b w:val="0"/>
        </w:rPr>
        <w:t xml:space="preserve">I need a bonafide (employment) certificate on company letterhead for </w:t>
      </w:r>
      <w:r>
        <w:rPr>
          <w:b w:val="0"/>
          <w:highlight w:val="yellow"/>
        </w:rPr>
        <w:t>[purpose, e.g. a home loan / a visa application]</w:t>
      </w:r>
      <w:r>
        <w:rPr>
          <w:b w:val="0"/>
        </w:rPr>
        <w:t xml:space="preserve"> by </w:t>
      </w:r>
      <w:r>
        <w:rPr>
          <w:b w:val="0"/>
          <w:highlight w:val="yellow"/>
        </w:rPr>
        <w:t>[date]</w:t>
      </w:r>
      <w:r>
        <w:rPr>
          <w:b w:val="0"/>
        </w:rPr>
        <w:t xml:space="preserve">. </w:t>
      </w:r>
      <w:r>
        <w:rPr>
          <w:b w:val="0"/>
          <w:highlight w:val="yellow"/>
        </w:rPr>
        <w:t>[The bank has asked for my designation, date of joining and current salary to be mentioned.]</w:t>
      </w:r>
      <w:r>
        <w:rPr>
          <w:b w:val="0"/>
        </w:rPr>
        <w:t xml:space="preserve"> I have attached a draft in a standard format; please edit it as you see fit.</w:t>
      </w:r>
    </w:p>
    <w:p/>
    <w:p>
      <w:pPr>
        <w:spacing w:after="0"/>
      </w:pPr>
      <w:r>
        <w:rPr>
          <w:b w:val="0"/>
        </w:rPr>
        <w:t>Thank you,</w:t>
      </w:r>
    </w:p>
    <w:p>
      <w:pPr>
        <w:spacing w:after="0"/>
      </w:pPr>
      <w:r>
        <w:rPr>
          <w:b w:val="0"/>
          <w:highlight w:val="yellow"/>
        </w:rPr>
        <w:t>[Full name]</w:t>
      </w:r>
    </w:p>
    <w:p>
      <w:pPr>
        <w:spacing w:after="0"/>
      </w:pPr>
      <w:r>
        <w:rPr>
          <w:b w:val="0"/>
          <w:highlight w:val="yellow"/>
        </w:rPr>
        <w:t>[Designation]</w:t>
      </w:r>
    </w:p>
    <w:p>
      <w:pPr>
        <w:spacing w:after="0"/>
      </w:pPr>
      <w:r>
        <w:rPr>
          <w:b w:val="0"/>
          <w:highlight w:val="yellow"/>
        </w:rPr>
        <w:t>[Phone]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08080"/>
        <w:sz w:val="16"/>
      </w:rPr>
      <w:t>Bonafide certificate formats. Free template from careerbhavan.com. Replace every [highlighted field] and delete lines that do not apply.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8" w:lineRule="auto"/>
    </w:pPr>
    <w:rPr>
      <w:rFonts w:ascii="Calibri" w:hAnsi="Calibri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Bonafide certificate formats</dc:title>
  <dc:subject/>
  <dc:creator>CareerBhavan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