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6"/>
        </w:rPr>
        <w:t>Relieving letter formats</w:t>
      </w:r>
    </w:p>
    <w:p>
      <w:r>
        <w:rPr>
          <w:b w:val="0"/>
        </w:rPr>
        <w:t>Ready-to-edit formats: a standard relieving letter, a combined relieving and experience letter, a relieving letter after a notice-period buyout, a resignation letter, an email asking HR for your relieving letter, and a full-and-final settlement checklist. Each starts on a new page. HR issues relieving letters on company letterhead.</w:t>
      </w:r>
    </w:p>
    <w:p>
      <w:r>
        <w:rPr>
          <w:b w:val="0"/>
        </w:rPr>
        <w:t>Guide with explanations and your final-pay rights: careerbhavan.com/blog/relieving-letter-format</w:t>
      </w:r>
    </w:p>
    <w:p>
      <w:r>
        <w:br w:type="page"/>
      </w:r>
    </w:p>
    <w:p>
      <w:r>
        <w:rPr>
          <w:b/>
          <w:color w:val="808080"/>
          <w:sz w:val="16"/>
        </w:rPr>
        <w:t>FORMAT 1: STANDARD RELIEVING LETTER</w:t>
      </w:r>
    </w:p>
    <w:p>
      <w:pPr>
        <w:spacing w:after="280"/>
        <w:jc w:val="center"/>
      </w:pPr>
      <w:r>
        <w:rPr>
          <w:b/>
          <w:sz w:val="25"/>
          <w:highlight w:val="yellow"/>
        </w:rPr>
        <w:t>[Company name]</w:t>
      </w:r>
      <w:r>
        <w:rPr>
          <w:b/>
          <w:sz w:val="25"/>
        </w:rPr>
        <w:t xml:space="preserve"> | </w:t>
      </w:r>
      <w:r>
        <w:rPr>
          <w:b/>
          <w:sz w:val="25"/>
          <w:highlight w:val="yellow"/>
        </w:rPr>
        <w:t>[Registered address]</w:t>
      </w:r>
      <w:r>
        <w:rPr>
          <w:b/>
          <w:sz w:val="25"/>
        </w:rPr>
        <w:t xml:space="preserve"> | </w:t>
      </w:r>
      <w:r>
        <w:rPr>
          <w:b/>
          <w:sz w:val="25"/>
          <w:highlight w:val="yellow"/>
        </w:rPr>
        <w:t>[Official email]</w:t>
      </w:r>
    </w:p>
    <w:p>
      <w:r>
        <w:rPr>
          <w:b w:val="0"/>
        </w:rPr>
        <w:t xml:space="preserve">Ref. No.: </w:t>
      </w:r>
      <w:r>
        <w:rPr>
          <w:b w:val="0"/>
          <w:highlight w:val="yellow"/>
        </w:rPr>
        <w:t>[Number]</w:t>
      </w:r>
    </w:p>
    <w:p>
      <w:pPr>
        <w:jc w:val="right"/>
      </w:pPr>
      <w:r>
        <w:rPr>
          <w:b w:val="0"/>
        </w:rPr>
        <w:t xml:space="preserve">Date: </w:t>
      </w:r>
      <w:r>
        <w:rPr>
          <w:b w:val="0"/>
          <w:highlight w:val="yellow"/>
        </w:rPr>
        <w:t>[DD Month YYYY]</w:t>
      </w:r>
    </w:p>
    <w:p>
      <w:r>
        <w:rPr>
          <w:b w:val="0"/>
          <w:highlight w:val="yellow"/>
        </w:rPr>
        <w:t>[Employee's full name]</w:t>
      </w:r>
    </w:p>
    <w:p>
      <w:r>
        <w:rPr>
          <w:b w:val="0"/>
        </w:rPr>
        <w:t xml:space="preserve">Employee ID: </w:t>
      </w:r>
      <w:r>
        <w:rPr>
          <w:b w:val="0"/>
          <w:highlight w:val="yellow"/>
        </w:rPr>
        <w:t>[ID]</w:t>
      </w:r>
    </w:p>
    <w:p>
      <w:pPr>
        <w:spacing w:after="240"/>
        <w:jc w:val="center"/>
      </w:pPr>
      <w:r>
        <w:rPr>
          <w:b/>
          <w:sz w:val="28"/>
        </w:rPr>
        <w:t>RELIEVING LETTER</w:t>
      </w:r>
    </w:p>
    <w:p>
      <w:r>
        <w:rPr>
          <w:b w:val="0"/>
        </w:rPr>
        <w:t xml:space="preserve">Dear </w:t>
      </w:r>
      <w:r>
        <w:rPr>
          <w:b w:val="0"/>
          <w:highlight w:val="yellow"/>
        </w:rPr>
        <w:t>[Employee's first name]</w:t>
      </w:r>
      <w:r>
        <w:rPr>
          <w:b w:val="0"/>
        </w:rPr>
        <w:t>,</w:t>
      </w:r>
    </w:p>
    <w:p>
      <w:r>
        <w:rPr>
          <w:b w:val="0"/>
        </w:rPr>
        <w:t xml:space="preserve">This is with reference to your resignation letter dated </w:t>
      </w:r>
      <w:r>
        <w:rPr>
          <w:b w:val="0"/>
          <w:highlight w:val="yellow"/>
        </w:rPr>
        <w:t>[DD Month YYYY]</w:t>
      </w:r>
      <w:r>
        <w:rPr>
          <w:b w:val="0"/>
        </w:rPr>
        <w:t xml:space="preserve">. We confirm that your resignation has been accepted and that you are relieved from your duties as </w:t>
      </w:r>
      <w:r>
        <w:rPr>
          <w:b w:val="0"/>
          <w:highlight w:val="yellow"/>
        </w:rPr>
        <w:t>[Designation]</w:t>
      </w:r>
      <w:r>
        <w:rPr>
          <w:b w:val="0"/>
        </w:rPr>
        <w:t xml:space="preserve"> in the </w:t>
      </w:r>
      <w:r>
        <w:rPr>
          <w:b w:val="0"/>
          <w:highlight w:val="yellow"/>
        </w:rPr>
        <w:t>[Department]</w:t>
      </w:r>
      <w:r>
        <w:rPr>
          <w:b w:val="0"/>
        </w:rPr>
        <w:t xml:space="preserve"> department at the close of business on </w:t>
      </w:r>
      <w:r>
        <w:rPr>
          <w:b w:val="0"/>
          <w:highlight w:val="yellow"/>
        </w:rPr>
        <w:t>[Last working day]</w:t>
      </w:r>
      <w:r>
        <w:rPr>
          <w:b w:val="0"/>
        </w:rPr>
        <w:t>.</w:t>
      </w:r>
    </w:p>
    <w:p>
      <w:r>
        <w:rPr>
          <w:b w:val="0"/>
        </w:rPr>
        <w:t xml:space="preserve">You worked with </w:t>
      </w:r>
      <w:r>
        <w:rPr>
          <w:b w:val="0"/>
          <w:highlight w:val="yellow"/>
        </w:rPr>
        <w:t>[Company name]</w:t>
      </w:r>
      <w:r>
        <w:rPr>
          <w:b w:val="0"/>
        </w:rPr>
        <w:t xml:space="preserve"> from </w:t>
      </w:r>
      <w:r>
        <w:rPr>
          <w:b w:val="0"/>
          <w:highlight w:val="yellow"/>
        </w:rPr>
        <w:t>[Date of joining]</w:t>
      </w:r>
      <w:r>
        <w:rPr>
          <w:b w:val="0"/>
        </w:rPr>
        <w:t xml:space="preserve"> to </w:t>
      </w:r>
      <w:r>
        <w:rPr>
          <w:b w:val="0"/>
          <w:highlight w:val="yellow"/>
        </w:rPr>
        <w:t>[Last working day]</w:t>
      </w:r>
      <w:r>
        <w:rPr>
          <w:b w:val="0"/>
        </w:rPr>
        <w:t xml:space="preserve">. Your full and final settlement </w:t>
      </w:r>
      <w:r>
        <w:rPr>
          <w:b w:val="0"/>
          <w:highlight w:val="yellow"/>
        </w:rPr>
        <w:t>[has been completed / will be processed as per company policy and the applicable law]</w:t>
      </w:r>
      <w:r>
        <w:rPr>
          <w:b w:val="0"/>
        </w:rPr>
        <w:t>.</w:t>
      </w:r>
    </w:p>
    <w:p>
      <w:r>
        <w:rPr>
          <w:b w:val="0"/>
        </w:rPr>
        <w:t>We thank you for your contribution and wish you success in your future endeavours.</w:t>
      </w:r>
    </w:p>
    <w:p/>
    <w:p>
      <w:pPr>
        <w:spacing w:after="0"/>
      </w:pPr>
      <w:r>
        <w:rPr>
          <w:b w:val="0"/>
        </w:rPr>
        <w:t xml:space="preserve">For </w:t>
      </w:r>
      <w:r>
        <w:rPr>
          <w:b w:val="0"/>
          <w:highlight w:val="yellow"/>
        </w:rPr>
        <w:t>[Company name]</w:t>
      </w:r>
    </w:p>
    <w:p>
      <w:pPr>
        <w:spacing w:after="0"/>
      </w:pPr>
      <w:r>
        <w:rPr>
          <w:b w:val="0"/>
          <w:highlight w:val="yellow"/>
        </w:rPr>
        <w:t>[Signature]</w:t>
      </w:r>
    </w:p>
    <w:p>
      <w:pPr>
        <w:spacing w:after="0"/>
      </w:pPr>
      <w:r>
        <w:rPr>
          <w:b w:val="0"/>
          <w:highlight w:val="yellow"/>
        </w:rPr>
        <w:t>[Name]</w:t>
      </w:r>
    </w:p>
    <w:p>
      <w:pPr>
        <w:spacing w:after="0"/>
      </w:pPr>
      <w:r>
        <w:rPr>
          <w:b w:val="0"/>
          <w:highlight w:val="yellow"/>
        </w:rPr>
        <w:t>[Designation, e.g. HR Manager]</w:t>
      </w:r>
    </w:p>
    <w:p>
      <w:pPr>
        <w:spacing w:after="0"/>
      </w:pPr>
      <w:r>
        <w:rPr>
          <w:b w:val="0"/>
          <w:highlight w:val="yellow"/>
        </w:rPr>
        <w:t>[Official email]</w:t>
      </w:r>
      <w:r>
        <w:rPr>
          <w:b w:val="0"/>
        </w:rPr>
        <w:t xml:space="preserve"> | </w:t>
      </w:r>
      <w:r>
        <w:rPr>
          <w:b w:val="0"/>
          <w:highlight w:val="yellow"/>
        </w:rPr>
        <w:t>[Phone]</w:t>
      </w:r>
    </w:p>
    <w:p>
      <w:r>
        <w:br w:type="page"/>
      </w:r>
    </w:p>
    <w:p>
      <w:r>
        <w:rPr>
          <w:b/>
          <w:color w:val="808080"/>
          <w:sz w:val="16"/>
        </w:rPr>
        <w:t>FORMAT 2: RELIEVING AND EXPERIENCE LETTER (COMBINED)</w:t>
      </w:r>
    </w:p>
    <w:p>
      <w:pPr>
        <w:spacing w:after="280"/>
        <w:jc w:val="center"/>
      </w:pPr>
      <w:r>
        <w:rPr>
          <w:b/>
          <w:sz w:val="25"/>
          <w:highlight w:val="yellow"/>
        </w:rPr>
        <w:t>[Company name]</w:t>
      </w:r>
      <w:r>
        <w:rPr>
          <w:b/>
          <w:sz w:val="25"/>
        </w:rPr>
        <w:t xml:space="preserve"> | </w:t>
      </w:r>
      <w:r>
        <w:rPr>
          <w:b/>
          <w:sz w:val="25"/>
          <w:highlight w:val="yellow"/>
        </w:rPr>
        <w:t>[Registered address]</w:t>
      </w:r>
      <w:r>
        <w:rPr>
          <w:b/>
          <w:sz w:val="25"/>
        </w:rPr>
        <w:t xml:space="preserve"> | </w:t>
      </w:r>
      <w:r>
        <w:rPr>
          <w:b/>
          <w:sz w:val="25"/>
          <w:highlight w:val="yellow"/>
        </w:rPr>
        <w:t>[Official email]</w:t>
      </w:r>
    </w:p>
    <w:p>
      <w:pPr>
        <w:jc w:val="right"/>
      </w:pPr>
      <w:r>
        <w:rPr>
          <w:b w:val="0"/>
        </w:rPr>
        <w:t xml:space="preserve">Date: </w:t>
      </w:r>
      <w:r>
        <w:rPr>
          <w:b w:val="0"/>
          <w:highlight w:val="yellow"/>
        </w:rPr>
        <w:t>[DD Month YYYY]</w:t>
      </w:r>
    </w:p>
    <w:p>
      <w:pPr>
        <w:spacing w:after="240"/>
        <w:jc w:val="center"/>
      </w:pPr>
      <w:r>
        <w:rPr>
          <w:b/>
          <w:sz w:val="28"/>
        </w:rPr>
        <w:t>RELIEVING AND EXPERIENCE LETTER</w:t>
      </w:r>
    </w:p>
    <w:p>
      <w:r>
        <w:rPr>
          <w:b w:val="0"/>
        </w:rPr>
        <w:t>TO WHOMSOEVER IT MAY CONCERN</w:t>
      </w:r>
    </w:p>
    <w:p>
      <w:r>
        <w:rPr>
          <w:b w:val="0"/>
        </w:rPr>
        <w:t xml:space="preserve">This is to certify that </w:t>
      </w:r>
      <w:r>
        <w:rPr>
          <w:b w:val="0"/>
          <w:highlight w:val="yellow"/>
        </w:rPr>
        <w:t>[Mr./Ms. Full name]</w:t>
      </w:r>
      <w:r>
        <w:rPr>
          <w:b w:val="0"/>
        </w:rPr>
        <w:t xml:space="preserve">, Employee ID </w:t>
      </w:r>
      <w:r>
        <w:rPr>
          <w:b w:val="0"/>
          <w:highlight w:val="yellow"/>
        </w:rPr>
        <w:t>[ID]</w:t>
      </w:r>
      <w:r>
        <w:rPr>
          <w:b w:val="0"/>
        </w:rPr>
        <w:t xml:space="preserve">, worked with </w:t>
      </w:r>
      <w:r>
        <w:rPr>
          <w:b w:val="0"/>
          <w:highlight w:val="yellow"/>
        </w:rPr>
        <w:t>[Company name]</w:t>
      </w:r>
      <w:r>
        <w:rPr>
          <w:b w:val="0"/>
        </w:rPr>
        <w:t xml:space="preserve"> as </w:t>
      </w:r>
      <w:r>
        <w:rPr>
          <w:b w:val="0"/>
          <w:highlight w:val="yellow"/>
        </w:rPr>
        <w:t>[Designation]</w:t>
      </w:r>
      <w:r>
        <w:rPr>
          <w:b w:val="0"/>
        </w:rPr>
        <w:t xml:space="preserve"> in the </w:t>
      </w:r>
      <w:r>
        <w:rPr>
          <w:b w:val="0"/>
          <w:highlight w:val="yellow"/>
        </w:rPr>
        <w:t>[Department]</w:t>
      </w:r>
      <w:r>
        <w:rPr>
          <w:b w:val="0"/>
        </w:rPr>
        <w:t xml:space="preserve"> department from </w:t>
      </w:r>
      <w:r>
        <w:rPr>
          <w:b w:val="0"/>
          <w:highlight w:val="yellow"/>
        </w:rPr>
        <w:t>[Date of joining]</w:t>
      </w:r>
      <w:r>
        <w:rPr>
          <w:b w:val="0"/>
        </w:rPr>
        <w:t xml:space="preserve"> to </w:t>
      </w:r>
      <w:r>
        <w:rPr>
          <w:b w:val="0"/>
          <w:highlight w:val="yellow"/>
        </w:rPr>
        <w:t>[Last working day]</w:t>
      </w:r>
      <w:r>
        <w:rPr>
          <w:b w:val="0"/>
        </w:rPr>
        <w:t>.</w:t>
      </w:r>
    </w:p>
    <w:p>
      <w:r>
        <w:rPr>
          <w:b w:val="0"/>
          <w:highlight w:val="yellow"/>
        </w:rPr>
        <w:t>[He/She]</w:t>
      </w:r>
      <w:r>
        <w:rPr>
          <w:b w:val="0"/>
        </w:rPr>
        <w:t xml:space="preserve"> resigned from service, and </w:t>
      </w:r>
      <w:r>
        <w:rPr>
          <w:b w:val="0"/>
          <w:highlight w:val="yellow"/>
        </w:rPr>
        <w:t>[his/her]</w:t>
      </w:r>
      <w:r>
        <w:rPr>
          <w:b w:val="0"/>
        </w:rPr>
        <w:t xml:space="preserve"> resignation was accepted. </w:t>
      </w:r>
      <w:r>
        <w:rPr>
          <w:b w:val="0"/>
          <w:highlight w:val="yellow"/>
        </w:rPr>
        <w:t>[He/She]</w:t>
      </w:r>
      <w:r>
        <w:rPr>
          <w:b w:val="0"/>
        </w:rPr>
        <w:t xml:space="preserve"> has been relieved from </w:t>
      </w:r>
      <w:r>
        <w:rPr>
          <w:b w:val="0"/>
          <w:highlight w:val="yellow"/>
        </w:rPr>
        <w:t>[his/her]</w:t>
      </w:r>
      <w:r>
        <w:rPr>
          <w:b w:val="0"/>
        </w:rPr>
        <w:t xml:space="preserve"> duties with effect from the close of business on </w:t>
      </w:r>
      <w:r>
        <w:rPr>
          <w:b w:val="0"/>
          <w:highlight w:val="yellow"/>
        </w:rPr>
        <w:t>[Last working day]</w:t>
      </w:r>
      <w:r>
        <w:rPr>
          <w:b w:val="0"/>
        </w:rPr>
        <w:t>, and has completed the exit formalities.</w:t>
      </w:r>
    </w:p>
    <w:p>
      <w:r>
        <w:rPr>
          <w:b w:val="0"/>
        </w:rPr>
        <w:t xml:space="preserve">During </w:t>
      </w:r>
      <w:r>
        <w:rPr>
          <w:b w:val="0"/>
          <w:highlight w:val="yellow"/>
        </w:rPr>
        <w:t>[his/her]</w:t>
      </w:r>
      <w:r>
        <w:rPr>
          <w:b w:val="0"/>
        </w:rPr>
        <w:t xml:space="preserve"> tenure, </w:t>
      </w:r>
      <w:r>
        <w:rPr>
          <w:b w:val="0"/>
          <w:highlight w:val="yellow"/>
        </w:rPr>
        <w:t>[he/she]</w:t>
      </w:r>
      <w:r>
        <w:rPr>
          <w:b w:val="0"/>
        </w:rPr>
        <w:t xml:space="preserve"> was responsible for </w:t>
      </w:r>
      <w:r>
        <w:rPr>
          <w:b w:val="0"/>
          <w:highlight w:val="yellow"/>
        </w:rPr>
        <w:t>[responsibility 1]</w:t>
      </w:r>
      <w:r>
        <w:rPr>
          <w:b w:val="0"/>
        </w:rPr>
        <w:t xml:space="preserve"> and </w:t>
      </w:r>
      <w:r>
        <w:rPr>
          <w:b w:val="0"/>
          <w:highlight w:val="yellow"/>
        </w:rPr>
        <w:t>[responsibility 2]</w:t>
      </w:r>
      <w:r>
        <w:rPr>
          <w:b w:val="0"/>
        </w:rPr>
        <w:t xml:space="preserve">. </w:t>
      </w:r>
      <w:r>
        <w:rPr>
          <w:b w:val="0"/>
          <w:highlight w:val="yellow"/>
        </w:rPr>
        <w:t>[His/Her]</w:t>
      </w:r>
      <w:r>
        <w:rPr>
          <w:b w:val="0"/>
        </w:rPr>
        <w:t xml:space="preserve"> conduct was </w:t>
      </w:r>
      <w:r>
        <w:rPr>
          <w:b w:val="0"/>
          <w:highlight w:val="yellow"/>
        </w:rPr>
        <w:t>[good / very good]</w:t>
      </w:r>
      <w:r>
        <w:rPr>
          <w:b w:val="0"/>
        </w:rPr>
        <w:t>.</w:t>
      </w:r>
    </w:p>
    <w:p>
      <w:r>
        <w:rPr>
          <w:b w:val="0"/>
        </w:rPr>
        <w:t xml:space="preserve">We wish </w:t>
      </w:r>
      <w:r>
        <w:rPr>
          <w:b w:val="0"/>
          <w:highlight w:val="yellow"/>
        </w:rPr>
        <w:t>[him/her]</w:t>
      </w:r>
      <w:r>
        <w:rPr>
          <w:b w:val="0"/>
        </w:rPr>
        <w:t xml:space="preserve"> success in </w:t>
      </w:r>
      <w:r>
        <w:rPr>
          <w:b w:val="0"/>
          <w:highlight w:val="yellow"/>
        </w:rPr>
        <w:t>[his/her]</w:t>
      </w:r>
      <w:r>
        <w:rPr>
          <w:b w:val="0"/>
        </w:rPr>
        <w:t xml:space="preserve"> future career.</w:t>
      </w:r>
    </w:p>
    <w:p/>
    <w:p>
      <w:pPr>
        <w:spacing w:after="0"/>
      </w:pPr>
      <w:r>
        <w:rPr>
          <w:b w:val="0"/>
        </w:rPr>
        <w:t xml:space="preserve">For </w:t>
      </w:r>
      <w:r>
        <w:rPr>
          <w:b w:val="0"/>
          <w:highlight w:val="yellow"/>
        </w:rPr>
        <w:t>[Company name]</w:t>
      </w:r>
    </w:p>
    <w:p>
      <w:pPr>
        <w:spacing w:after="0"/>
      </w:pPr>
      <w:r>
        <w:rPr>
          <w:b w:val="0"/>
          <w:highlight w:val="yellow"/>
        </w:rPr>
        <w:t>[Signature]</w:t>
      </w:r>
    </w:p>
    <w:p>
      <w:pPr>
        <w:spacing w:after="0"/>
      </w:pPr>
      <w:r>
        <w:rPr>
          <w:b w:val="0"/>
          <w:highlight w:val="yellow"/>
        </w:rPr>
        <w:t>[Name]</w:t>
      </w:r>
    </w:p>
    <w:p>
      <w:pPr>
        <w:spacing w:after="0"/>
      </w:pPr>
      <w:r>
        <w:rPr>
          <w:b w:val="0"/>
          <w:highlight w:val="yellow"/>
        </w:rPr>
        <w:t>[Designation]</w:t>
      </w:r>
    </w:p>
    <w:p>
      <w:pPr>
        <w:spacing w:after="0"/>
      </w:pPr>
      <w:r>
        <w:rPr>
          <w:b w:val="0"/>
          <w:highlight w:val="yellow"/>
        </w:rPr>
        <w:t>[Official email for verification]</w:t>
      </w:r>
    </w:p>
    <w:p>
      <w:r>
        <w:br w:type="page"/>
      </w:r>
    </w:p>
    <w:p>
      <w:r>
        <w:rPr>
          <w:b/>
          <w:color w:val="808080"/>
          <w:sz w:val="16"/>
        </w:rPr>
        <w:t>FORMAT 3: RELIEVING LETTER AFTER A SHORTENED NOTICE PERIOD</w:t>
      </w:r>
    </w:p>
    <w:p>
      <w:pPr>
        <w:spacing w:after="280"/>
        <w:jc w:val="center"/>
      </w:pPr>
      <w:r>
        <w:rPr>
          <w:b/>
          <w:sz w:val="25"/>
          <w:highlight w:val="yellow"/>
        </w:rPr>
        <w:t>[Company name]</w:t>
      </w:r>
      <w:r>
        <w:rPr>
          <w:b/>
          <w:sz w:val="25"/>
        </w:rPr>
        <w:t xml:space="preserve"> | </w:t>
      </w:r>
      <w:r>
        <w:rPr>
          <w:b/>
          <w:sz w:val="25"/>
          <w:highlight w:val="yellow"/>
        </w:rPr>
        <w:t>[Registered address]</w:t>
      </w:r>
      <w:r>
        <w:rPr>
          <w:b/>
          <w:sz w:val="25"/>
        </w:rPr>
        <w:t xml:space="preserve"> | </w:t>
      </w:r>
      <w:r>
        <w:rPr>
          <w:b/>
          <w:sz w:val="25"/>
          <w:highlight w:val="yellow"/>
        </w:rPr>
        <w:t>[Official email]</w:t>
      </w:r>
    </w:p>
    <w:p>
      <w:pPr>
        <w:jc w:val="right"/>
      </w:pPr>
      <w:r>
        <w:rPr>
          <w:b w:val="0"/>
        </w:rPr>
        <w:t xml:space="preserve">Date: </w:t>
      </w:r>
      <w:r>
        <w:rPr>
          <w:b w:val="0"/>
          <w:highlight w:val="yellow"/>
        </w:rPr>
        <w:t>[DD Month YYYY]</w:t>
      </w:r>
    </w:p>
    <w:p>
      <w:pPr>
        <w:spacing w:after="240"/>
        <w:jc w:val="center"/>
      </w:pPr>
      <w:r>
        <w:rPr>
          <w:b/>
          <w:sz w:val="28"/>
        </w:rPr>
        <w:t>RELIEVING LETTER</w:t>
      </w:r>
    </w:p>
    <w:p>
      <w:r>
        <w:rPr>
          <w:b w:val="0"/>
        </w:rPr>
        <w:t xml:space="preserve">Dear </w:t>
      </w:r>
      <w:r>
        <w:rPr>
          <w:b w:val="0"/>
          <w:highlight w:val="yellow"/>
        </w:rPr>
        <w:t>[Employee's full name]</w:t>
      </w:r>
      <w:r>
        <w:rPr>
          <w:b w:val="0"/>
        </w:rPr>
        <w:t>,</w:t>
      </w:r>
    </w:p>
    <w:p>
      <w:r>
        <w:rPr>
          <w:b w:val="0"/>
        </w:rPr>
        <w:t xml:space="preserve">With reference to your resignation dated </w:t>
      </w:r>
      <w:r>
        <w:rPr>
          <w:b w:val="0"/>
          <w:highlight w:val="yellow"/>
        </w:rPr>
        <w:t>[DD Month YYYY]</w:t>
      </w:r>
      <w:r>
        <w:rPr>
          <w:b w:val="0"/>
        </w:rPr>
        <w:t xml:space="preserve">, we confirm that you are relieved from your duties as </w:t>
      </w:r>
      <w:r>
        <w:rPr>
          <w:b w:val="0"/>
          <w:highlight w:val="yellow"/>
        </w:rPr>
        <w:t>[Designation]</w:t>
      </w:r>
      <w:r>
        <w:rPr>
          <w:b w:val="0"/>
        </w:rPr>
        <w:t xml:space="preserve"> on </w:t>
      </w:r>
      <w:r>
        <w:rPr>
          <w:b w:val="0"/>
          <w:highlight w:val="yellow"/>
        </w:rPr>
        <w:t>[Last working day]</w:t>
      </w:r>
      <w:r>
        <w:rPr>
          <w:b w:val="0"/>
        </w:rPr>
        <w:t xml:space="preserve">. Your notice period of </w:t>
      </w:r>
      <w:r>
        <w:rPr>
          <w:b w:val="0"/>
          <w:highlight w:val="yellow"/>
        </w:rPr>
        <w:t>[number]</w:t>
      </w:r>
      <w:r>
        <w:rPr>
          <w:b w:val="0"/>
        </w:rPr>
        <w:t xml:space="preserve"> days was </w:t>
      </w:r>
      <w:r>
        <w:rPr>
          <w:b w:val="0"/>
          <w:highlight w:val="yellow"/>
        </w:rPr>
        <w:t>[shortened by mutual agreement / adjusted against your leave balance / recovered as per your terms of employment]</w:t>
      </w:r>
      <w:r>
        <w:rPr>
          <w:b w:val="0"/>
        </w:rPr>
        <w:t>, as settled in your full and final settlement.</w:t>
      </w:r>
    </w:p>
    <w:p>
      <w:r>
        <w:rPr>
          <w:b w:val="0"/>
        </w:rPr>
        <w:t xml:space="preserve">You worked with </w:t>
      </w:r>
      <w:r>
        <w:rPr>
          <w:b w:val="0"/>
          <w:highlight w:val="yellow"/>
        </w:rPr>
        <w:t>[Company name]</w:t>
      </w:r>
      <w:r>
        <w:rPr>
          <w:b w:val="0"/>
        </w:rPr>
        <w:t xml:space="preserve"> from </w:t>
      </w:r>
      <w:r>
        <w:rPr>
          <w:b w:val="0"/>
          <w:highlight w:val="yellow"/>
        </w:rPr>
        <w:t>[Date of joining]</w:t>
      </w:r>
      <w:r>
        <w:rPr>
          <w:b w:val="0"/>
        </w:rPr>
        <w:t xml:space="preserve"> to </w:t>
      </w:r>
      <w:r>
        <w:rPr>
          <w:b w:val="0"/>
          <w:highlight w:val="yellow"/>
        </w:rPr>
        <w:t>[Last working day]</w:t>
      </w:r>
      <w:r>
        <w:rPr>
          <w:b w:val="0"/>
        </w:rPr>
        <w:t>. We wish you the very best.</w:t>
      </w:r>
    </w:p>
    <w:p/>
    <w:p>
      <w:pPr>
        <w:spacing w:after="0"/>
      </w:pPr>
      <w:r>
        <w:rPr>
          <w:b w:val="0"/>
        </w:rPr>
        <w:t xml:space="preserve">For </w:t>
      </w:r>
      <w:r>
        <w:rPr>
          <w:b w:val="0"/>
          <w:highlight w:val="yellow"/>
        </w:rPr>
        <w:t>[Company name]</w:t>
      </w:r>
    </w:p>
    <w:p>
      <w:pPr>
        <w:spacing w:after="0"/>
      </w:pPr>
      <w:r>
        <w:rPr>
          <w:b w:val="0"/>
          <w:highlight w:val="yellow"/>
        </w:rPr>
        <w:t>[Signature]</w:t>
      </w:r>
    </w:p>
    <w:p>
      <w:pPr>
        <w:spacing w:after="0"/>
      </w:pPr>
      <w:r>
        <w:rPr>
          <w:b w:val="0"/>
          <w:highlight w:val="yellow"/>
        </w:rPr>
        <w:t>[Name]</w:t>
      </w:r>
    </w:p>
    <w:p>
      <w:pPr>
        <w:spacing w:after="0"/>
      </w:pPr>
      <w:r>
        <w:rPr>
          <w:b w:val="0"/>
          <w:highlight w:val="yellow"/>
        </w:rPr>
        <w:t>[Designation]</w:t>
      </w:r>
    </w:p>
    <w:p>
      <w:r>
        <w:br w:type="page"/>
      </w:r>
    </w:p>
    <w:p>
      <w:r>
        <w:rPr>
          <w:b/>
          <w:color w:val="808080"/>
          <w:sz w:val="16"/>
        </w:rPr>
        <w:t>FORMAT 4: RESIGNATION LETTER</w:t>
      </w:r>
    </w:p>
    <w:p>
      <w:r>
        <w:rPr>
          <w:b w:val="0"/>
        </w:rPr>
        <w:t>To</w:t>
      </w:r>
    </w:p>
    <w:p>
      <w:r>
        <w:rPr>
          <w:b w:val="0"/>
          <w:highlight w:val="yellow"/>
        </w:rPr>
        <w:t>[Manager's name]</w:t>
      </w:r>
      <w:r>
        <w:rPr>
          <w:b w:val="0"/>
        </w:rPr>
        <w:t>,</w:t>
      </w:r>
    </w:p>
    <w:p>
      <w:r>
        <w:rPr>
          <w:b w:val="0"/>
          <w:highlight w:val="yellow"/>
        </w:rPr>
        <w:t>[Designation]</w:t>
      </w:r>
      <w:r>
        <w:rPr>
          <w:b w:val="0"/>
        </w:rPr>
        <w:t xml:space="preserve">, </w:t>
      </w:r>
      <w:r>
        <w:rPr>
          <w:b w:val="0"/>
          <w:highlight w:val="yellow"/>
        </w:rPr>
        <w:t>[Company name]</w:t>
      </w:r>
    </w:p>
    <w:p>
      <w:r>
        <w:rPr>
          <w:b w:val="0"/>
        </w:rPr>
        <w:t xml:space="preserve">Date: </w:t>
      </w:r>
      <w:r>
        <w:rPr>
          <w:b w:val="0"/>
          <w:highlight w:val="yellow"/>
        </w:rPr>
        <w:t>[DD Month YYYY]</w:t>
      </w:r>
    </w:p>
    <w:p>
      <w:r>
        <w:rPr>
          <w:b w:val="0"/>
        </w:rPr>
        <w:t xml:space="preserve">Subject: Resignation from the position of </w:t>
      </w:r>
      <w:r>
        <w:rPr>
          <w:b w:val="0"/>
          <w:highlight w:val="yellow"/>
        </w:rPr>
        <w:t>[Designation]</w:t>
      </w:r>
    </w:p>
    <w:p>
      <w:r>
        <w:rPr>
          <w:b w:val="0"/>
        </w:rPr>
        <w:t xml:space="preserve">Dear </w:t>
      </w:r>
      <w:r>
        <w:rPr>
          <w:b w:val="0"/>
          <w:highlight w:val="yellow"/>
        </w:rPr>
        <w:t>[Manager's name]</w:t>
      </w:r>
      <w:r>
        <w:rPr>
          <w:b w:val="0"/>
        </w:rPr>
        <w:t>,</w:t>
      </w:r>
    </w:p>
    <w:p>
      <w:r>
        <w:rPr>
          <w:b w:val="0"/>
        </w:rPr>
        <w:t xml:space="preserve">I am writing to resign from my position as </w:t>
      </w:r>
      <w:r>
        <w:rPr>
          <w:b w:val="0"/>
          <w:highlight w:val="yellow"/>
        </w:rPr>
        <w:t>[Designation]</w:t>
      </w:r>
      <w:r>
        <w:rPr>
          <w:b w:val="0"/>
        </w:rPr>
        <w:t xml:space="preserve"> at </w:t>
      </w:r>
      <w:r>
        <w:rPr>
          <w:b w:val="0"/>
          <w:highlight w:val="yellow"/>
        </w:rPr>
        <w:t>[Company name]</w:t>
      </w:r>
      <w:r>
        <w:rPr>
          <w:b w:val="0"/>
        </w:rPr>
        <w:t xml:space="preserve">. As per my notice period of </w:t>
      </w:r>
      <w:r>
        <w:rPr>
          <w:b w:val="0"/>
          <w:highlight w:val="yellow"/>
        </w:rPr>
        <w:t>[number]</w:t>
      </w:r>
      <w:r>
        <w:rPr>
          <w:b w:val="0"/>
        </w:rPr>
        <w:t xml:space="preserve"> days, my last working day will be </w:t>
      </w:r>
      <w:r>
        <w:rPr>
          <w:b w:val="0"/>
          <w:highlight w:val="yellow"/>
        </w:rPr>
        <w:t>[DD Month YYYY]</w:t>
      </w:r>
      <w:r>
        <w:rPr>
          <w:b w:val="0"/>
        </w:rPr>
        <w:t>, unless we agree on a different date.</w:t>
      </w:r>
    </w:p>
    <w:p>
      <w:r>
        <w:rPr>
          <w:b w:val="0"/>
        </w:rPr>
        <w:t>I will complete a proper handover of my work before I leave. Please let me know the exit formalities, and I request my relieving letter and experience letter on my last working day.</w:t>
      </w:r>
    </w:p>
    <w:p>
      <w:r>
        <w:rPr>
          <w:b w:val="0"/>
        </w:rPr>
        <w:t>Thank you for the opportunities and support during my time here.</w:t>
      </w:r>
    </w:p>
    <w:p/>
    <w:p>
      <w:pPr>
        <w:spacing w:after="0"/>
      </w:pPr>
      <w:r>
        <w:rPr>
          <w:b w:val="0"/>
        </w:rPr>
        <w:t>Regards,</w:t>
      </w:r>
    </w:p>
    <w:p>
      <w:pPr>
        <w:spacing w:after="0"/>
      </w:pPr>
      <w:r>
        <w:rPr>
          <w:b w:val="0"/>
          <w:highlight w:val="yellow"/>
        </w:rPr>
        <w:t>[Full name]</w:t>
      </w:r>
    </w:p>
    <w:p>
      <w:pPr>
        <w:spacing w:after="0"/>
      </w:pPr>
      <w:r>
        <w:rPr>
          <w:b w:val="0"/>
        </w:rPr>
        <w:t xml:space="preserve">Employee ID: </w:t>
      </w:r>
      <w:r>
        <w:rPr>
          <w:b w:val="0"/>
          <w:highlight w:val="yellow"/>
        </w:rPr>
        <w:t>[ID]</w:t>
      </w:r>
    </w:p>
    <w:p>
      <w:pPr>
        <w:spacing w:after="0"/>
      </w:pPr>
      <w:r>
        <w:rPr>
          <w:b w:val="0"/>
          <w:highlight w:val="yellow"/>
        </w:rPr>
        <w:t>[Phone]</w:t>
      </w:r>
    </w:p>
    <w:p>
      <w:r>
        <w:br w:type="page"/>
      </w:r>
    </w:p>
    <w:p>
      <w:r>
        <w:rPr>
          <w:b/>
          <w:color w:val="808080"/>
          <w:sz w:val="16"/>
        </w:rPr>
        <w:t>FORMAT 5: EMAIL ASKING HR FOR YOUR RELIEVING LETTER</w:t>
      </w:r>
    </w:p>
    <w:p>
      <w:r>
        <w:rPr>
          <w:b w:val="0"/>
        </w:rPr>
        <w:t xml:space="preserve">Subject: Request for relieving letter: </w:t>
      </w:r>
      <w:r>
        <w:rPr>
          <w:b w:val="0"/>
          <w:highlight w:val="yellow"/>
        </w:rPr>
        <w:t>[Full name]</w:t>
      </w:r>
      <w:r>
        <w:rPr>
          <w:b w:val="0"/>
        </w:rPr>
        <w:t xml:space="preserve">, Employee ID </w:t>
      </w:r>
      <w:r>
        <w:rPr>
          <w:b w:val="0"/>
          <w:highlight w:val="yellow"/>
        </w:rPr>
        <w:t>[ID]</w:t>
      </w:r>
    </w:p>
    <w:p>
      <w:r>
        <w:rPr>
          <w:b w:val="0"/>
        </w:rPr>
        <w:t xml:space="preserve">Dear </w:t>
      </w:r>
      <w:r>
        <w:rPr>
          <w:b w:val="0"/>
          <w:highlight w:val="yellow"/>
        </w:rPr>
        <w:t>[HR name]</w:t>
      </w:r>
      <w:r>
        <w:rPr>
          <w:b w:val="0"/>
        </w:rPr>
        <w:t>,</w:t>
      </w:r>
    </w:p>
    <w:p>
      <w:r>
        <w:rPr>
          <w:b w:val="0"/>
        </w:rPr>
        <w:t xml:space="preserve">My last working day was </w:t>
      </w:r>
      <w:r>
        <w:rPr>
          <w:b w:val="0"/>
          <w:highlight w:val="yellow"/>
        </w:rPr>
        <w:t>[DD Month YYYY]</w:t>
      </w:r>
      <w:r>
        <w:rPr>
          <w:b w:val="0"/>
        </w:rPr>
        <w:t xml:space="preserve">, and I have completed the handover and exit formalities. Could you please issue my relieving letter and experience letter on company letterhead, signed and dated? My new employer has asked for them by </w:t>
      </w:r>
      <w:r>
        <w:rPr>
          <w:b w:val="0"/>
          <w:highlight w:val="yellow"/>
        </w:rPr>
        <w:t>[date]</w:t>
      </w:r>
      <w:r>
        <w:rPr>
          <w:b w:val="0"/>
        </w:rPr>
        <w:t>.</w:t>
      </w:r>
    </w:p>
    <w:p>
      <w:r>
        <w:rPr>
          <w:b w:val="0"/>
        </w:rPr>
        <w:t>Please also share my full and final settlement statement, and confirm the date my exit is updated on the EPF portal.</w:t>
      </w:r>
    </w:p>
    <w:p/>
    <w:p>
      <w:pPr>
        <w:spacing w:after="0"/>
      </w:pPr>
      <w:r>
        <w:rPr>
          <w:b w:val="0"/>
        </w:rPr>
        <w:t>Thank you,</w:t>
      </w:r>
    </w:p>
    <w:p>
      <w:pPr>
        <w:spacing w:after="0"/>
      </w:pPr>
      <w:r>
        <w:rPr>
          <w:b w:val="0"/>
          <w:highlight w:val="yellow"/>
        </w:rPr>
        <w:t>[Full name]</w:t>
      </w:r>
    </w:p>
    <w:p>
      <w:pPr>
        <w:spacing w:after="0"/>
      </w:pPr>
      <w:r>
        <w:rPr>
          <w:b w:val="0"/>
          <w:highlight w:val="yellow"/>
        </w:rPr>
        <w:t>[Phone]</w:t>
      </w:r>
    </w:p>
    <w:p>
      <w:r>
        <w:br w:type="page"/>
      </w:r>
    </w:p>
    <w:p>
      <w:r>
        <w:rPr>
          <w:b/>
          <w:color w:val="808080"/>
          <w:sz w:val="16"/>
        </w:rPr>
        <w:t>CHECKLIST: FULL AND FINAL SETTLEMENT</w:t>
      </w:r>
    </w:p>
    <w:p>
      <w:r>
        <w:rPr>
          <w:b w:val="0"/>
          <w:highlight w:val="yellow"/>
        </w:rPr>
        <w:t>[ ]</w:t>
      </w:r>
      <w:r>
        <w:rPr>
          <w:b w:val="0"/>
        </w:rPr>
        <w:t xml:space="preserve"> Unpaid salary up to the last working day. Under the Code on Wages, 2019, section 17(2), wages due on resignation are to be paid within two working days, unless the government sets another limit.</w:t>
      </w:r>
    </w:p>
    <w:p>
      <w:r>
        <w:rPr>
          <w:b w:val="0"/>
          <w:highlight w:val="yellow"/>
        </w:rPr>
        <w:t>[ ]</w:t>
      </w:r>
      <w:r>
        <w:rPr>
          <w:b w:val="0"/>
        </w:rPr>
        <w:t xml:space="preserve"> Leave encashment, as per company policy.</w:t>
      </w:r>
    </w:p>
    <w:p>
      <w:r>
        <w:rPr>
          <w:b w:val="0"/>
          <w:highlight w:val="yellow"/>
        </w:rPr>
        <w:t>[ ]</w:t>
      </w:r>
      <w:r>
        <w:rPr>
          <w:b w:val="0"/>
        </w:rPr>
        <w:t xml:space="preserve"> Pending reimbursements and any bonus or incentive you earned.</w:t>
      </w:r>
    </w:p>
    <w:p>
      <w:r>
        <w:rPr>
          <w:b w:val="0"/>
          <w:highlight w:val="yellow"/>
        </w:rPr>
        <w:t>[ ]</w:t>
      </w:r>
      <w:r>
        <w:rPr>
          <w:b w:val="0"/>
        </w:rPr>
        <w:t xml:space="preserve"> Gratuity, if you completed at least 5 years of continuous service (the Code on Social Security, 2020, section 53). Fixed-term employees have a shorter qualifying period.</w:t>
      </w:r>
    </w:p>
    <w:p>
      <w:r>
        <w:rPr>
          <w:b w:val="0"/>
          <w:highlight w:val="yellow"/>
        </w:rPr>
        <w:t>[ ]</w:t>
      </w:r>
      <w:r>
        <w:rPr>
          <w:b w:val="0"/>
        </w:rPr>
        <w:t xml:space="preserve"> Notice-period recovery, if any, shown with the working.</w:t>
      </w:r>
    </w:p>
    <w:p>
      <w:r>
        <w:rPr>
          <w:b w:val="0"/>
          <w:highlight w:val="yellow"/>
        </w:rPr>
        <w:t>[ ]</w:t>
      </w:r>
      <w:r>
        <w:rPr>
          <w:b w:val="0"/>
        </w:rPr>
        <w:t xml:space="preserve"> Recovery of any company loan or advance, shown with the working.</w:t>
      </w:r>
    </w:p>
    <w:p>
      <w:r>
        <w:rPr>
          <w:b w:val="0"/>
          <w:highlight w:val="yellow"/>
        </w:rPr>
        <w:t>[ ]</w:t>
      </w:r>
      <w:r>
        <w:rPr>
          <w:b w:val="0"/>
        </w:rPr>
        <w:t xml:space="preserve"> Your exit date updated on the EPF portal, and your UAN ready to link with your next employer.</w:t>
      </w:r>
    </w:p>
    <w:p>
      <w:r>
        <w:rPr>
          <w:b w:val="0"/>
          <w:highlight w:val="yellow"/>
        </w:rPr>
        <w:t>[ ]</w:t>
      </w:r>
      <w:r>
        <w:rPr>
          <w:b w:val="0"/>
        </w:rPr>
        <w:t xml:space="preserve"> Relieving letter, experience letter and your last salary slips.</w:t>
      </w:r>
    </w:p>
    <w:p>
      <w:r>
        <w:rPr>
          <w:b w:val="0"/>
          <w:highlight w:val="yellow"/>
        </w:rPr>
        <w:t>[ ]</w:t>
      </w:r>
      <w:r>
        <w:rPr>
          <w:b w:val="0"/>
        </w:rPr>
        <w:t xml:space="preserve"> Form 16 or the annual TDS certificate for the year, once issued.</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808080"/>
        <w:sz w:val="16"/>
      </w:rPr>
      <w:t>Relieving letter formats. Free template from careerbhavan.com. Replace every [highlighted field] and delete lines that do not apply.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88" w:lineRule="auto"/>
    </w:pPr>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Relieving letter formats</dc:title>
  <dc:subject/>
  <dc:creator>CareerBhavan</dc:creator>
  <cp:keywords/>
  <dc:description>generated by python-docx</dc:description>
  <cp:lastModifiedBy/>
  <cp:revision>1</cp:revision>
  <dcterms:created xsi:type="dcterms:W3CDTF">2013-12-23T23:15:00Z</dcterms:created>
  <dcterms:modified xsi:type="dcterms:W3CDTF">2013-12-23T23:15:00Z</dcterms:modified>
  <cp:category/>
</cp:coreProperties>
</file>