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36"/>
        </w:rPr>
        <w:t>Offer letter formats</w:t>
      </w:r>
    </w:p>
    <w:p>
      <w:r>
        <w:rPr>
          <w:b w:val="0"/>
        </w:rPr>
        <w:t>Ready-to-edit formats: a standard offer letter, a fresher or campus offer, an internship offer, an offer with a CTC annexure, an acceptance email and a checklist for spotting a fake offer. Each starts on a new page. Print offer letters on company letterhead; an authorised signatory signs them.</w:t>
      </w:r>
    </w:p>
    <w:p>
      <w:r>
        <w:rPr>
          <w:b w:val="0"/>
        </w:rPr>
        <w:t>Guide with explanations and the appointment-letter rule: careerbhavan.com/blog/offer-letter-format</w:t>
      </w:r>
    </w:p>
    <w:p>
      <w:r>
        <w:br w:type="page"/>
      </w:r>
    </w:p>
    <w:p>
      <w:r>
        <w:rPr>
          <w:b/>
          <w:color w:val="808080"/>
          <w:sz w:val="16"/>
        </w:rPr>
        <w:t>FORMAT 1: STANDARD OFFER LETTER (FULL-TIME EMPLOYEE)</w:t>
      </w:r>
    </w:p>
    <w:p>
      <w:pPr>
        <w:spacing w:after="280"/>
        <w:jc w:val="center"/>
      </w:pPr>
      <w:r>
        <w:rPr>
          <w:b/>
          <w:sz w:val="25"/>
          <w:highlight w:val="yellow"/>
        </w:rPr>
        <w:t>[Company name]</w:t>
      </w:r>
      <w:r>
        <w:rPr>
          <w:b/>
          <w:sz w:val="25"/>
        </w:rPr>
        <w:t xml:space="preserve"> | </w:t>
      </w:r>
      <w:r>
        <w:rPr>
          <w:b/>
          <w:sz w:val="25"/>
          <w:highlight w:val="yellow"/>
        </w:rPr>
        <w:t>[Registered address]</w:t>
      </w:r>
      <w:r>
        <w:rPr>
          <w:b/>
          <w:sz w:val="25"/>
        </w:rPr>
        <w:t xml:space="preserve"> | </w:t>
      </w:r>
      <w:r>
        <w:rPr>
          <w:b/>
          <w:sz w:val="25"/>
          <w:highlight w:val="yellow"/>
        </w:rPr>
        <w:t>[Official email]</w:t>
      </w:r>
      <w:r>
        <w:rPr>
          <w:b/>
          <w:sz w:val="25"/>
        </w:rPr>
        <w:t xml:space="preserve"> | </w:t>
      </w:r>
      <w:r>
        <w:rPr>
          <w:b/>
          <w:sz w:val="25"/>
          <w:highlight w:val="yellow"/>
        </w:rPr>
        <w:t>[Website]</w:t>
      </w:r>
    </w:p>
    <w:p>
      <w:r>
        <w:rPr>
          <w:b w:val="0"/>
        </w:rPr>
        <w:t xml:space="preserve">Ref. No.: </w:t>
      </w:r>
      <w:r>
        <w:rPr>
          <w:b w:val="0"/>
          <w:highlight w:val="yellow"/>
        </w:rPr>
        <w:t>[Number]</w:t>
      </w:r>
    </w:p>
    <w:p>
      <w:pPr>
        <w:jc w:val="right"/>
      </w:pPr>
      <w:r>
        <w:rPr>
          <w:b w:val="0"/>
        </w:rPr>
        <w:t xml:space="preserve">Date: </w:t>
      </w:r>
      <w:r>
        <w:rPr>
          <w:b w:val="0"/>
          <w:highlight w:val="yellow"/>
        </w:rPr>
        <w:t>[DD Month YYYY]</w:t>
      </w:r>
    </w:p>
    <w:p>
      <w:r>
        <w:rPr>
          <w:b w:val="0"/>
          <w:highlight w:val="yellow"/>
        </w:rPr>
        <w:t>[Candidate's full name]</w:t>
      </w:r>
    </w:p>
    <w:p>
      <w:r>
        <w:rPr>
          <w:b w:val="0"/>
          <w:highlight w:val="yellow"/>
        </w:rPr>
        <w:t>[Address]</w:t>
      </w:r>
    </w:p>
    <w:p>
      <w:pPr>
        <w:spacing w:after="240"/>
        <w:jc w:val="center"/>
      </w:pPr>
      <w:r>
        <w:rPr>
          <w:b/>
          <w:sz w:val="28"/>
        </w:rPr>
        <w:t>OFFER OF EMPLOYMENT</w:t>
      </w:r>
    </w:p>
    <w:p>
      <w:r>
        <w:rPr>
          <w:b w:val="0"/>
        </w:rPr>
        <w:t xml:space="preserve">Dear </w:t>
      </w:r>
      <w:r>
        <w:rPr>
          <w:b w:val="0"/>
          <w:highlight w:val="yellow"/>
        </w:rPr>
        <w:t>[Candidate's first name]</w:t>
      </w:r>
      <w:r>
        <w:rPr>
          <w:b w:val="0"/>
        </w:rPr>
        <w:t>,</w:t>
      </w:r>
    </w:p>
    <w:p>
      <w:r>
        <w:rPr>
          <w:b w:val="0"/>
        </w:rPr>
        <w:t xml:space="preserve">We are pleased to offer you the position of </w:t>
      </w:r>
      <w:r>
        <w:rPr>
          <w:b w:val="0"/>
          <w:highlight w:val="yellow"/>
        </w:rPr>
        <w:t>[Designation]</w:t>
      </w:r>
      <w:r>
        <w:rPr>
          <w:b w:val="0"/>
        </w:rPr>
        <w:t xml:space="preserve"> in our </w:t>
      </w:r>
      <w:r>
        <w:rPr>
          <w:b w:val="0"/>
          <w:highlight w:val="yellow"/>
        </w:rPr>
        <w:t>[Department]</w:t>
      </w:r>
      <w:r>
        <w:rPr>
          <w:b w:val="0"/>
        </w:rPr>
        <w:t xml:space="preserve"> team at </w:t>
      </w:r>
      <w:r>
        <w:rPr>
          <w:b w:val="0"/>
          <w:highlight w:val="yellow"/>
        </w:rPr>
        <w:t>[Company name]</w:t>
      </w:r>
      <w:r>
        <w:rPr>
          <w:b w:val="0"/>
        </w:rPr>
        <w:t xml:space="preserve">, based at </w:t>
      </w:r>
      <w:r>
        <w:rPr>
          <w:b w:val="0"/>
          <w:highlight w:val="yellow"/>
        </w:rPr>
        <w:t>[Work location / remote]</w:t>
      </w:r>
      <w:r>
        <w:rPr>
          <w:b w:val="0"/>
        </w:rPr>
        <w:t xml:space="preserve">. You will report to </w:t>
      </w:r>
      <w:r>
        <w:rPr>
          <w:b w:val="0"/>
          <w:highlight w:val="yellow"/>
        </w:rPr>
        <w:t>[Manager's name, Designation]</w:t>
      </w:r>
      <w:r>
        <w:rPr>
          <w:b w:val="0"/>
        </w:rPr>
        <w:t>.</w:t>
      </w:r>
    </w:p>
    <w:p>
      <w:r>
        <w:rPr>
          <w:b w:val="0"/>
        </w:rPr>
        <w:t xml:space="preserve">Your annual cost to company (CTC) will be Rs </w:t>
      </w:r>
      <w:r>
        <w:rPr>
          <w:b w:val="0"/>
          <w:highlight w:val="yellow"/>
        </w:rPr>
        <w:t>[amount]</w:t>
      </w:r>
      <w:r>
        <w:rPr>
          <w:b w:val="0"/>
        </w:rPr>
        <w:t xml:space="preserve"> (</w:t>
      </w:r>
      <w:r>
        <w:rPr>
          <w:b w:val="0"/>
          <w:highlight w:val="yellow"/>
        </w:rPr>
        <w:t>[amount in words]</w:t>
      </w:r>
      <w:r>
        <w:rPr>
          <w:b w:val="0"/>
        </w:rPr>
        <w:t xml:space="preserve">). The salary break-up is in Annexure A. Your date of joining will be </w:t>
      </w:r>
      <w:r>
        <w:rPr>
          <w:b w:val="0"/>
          <w:highlight w:val="yellow"/>
        </w:rPr>
        <w:t>[DD Month YYYY]</w:t>
      </w:r>
      <w:r>
        <w:rPr>
          <w:b w:val="0"/>
        </w:rPr>
        <w:t>.</w:t>
      </w:r>
    </w:p>
    <w:p>
      <w:r>
        <w:rPr>
          <w:b w:val="0"/>
        </w:rPr>
        <w:t xml:space="preserve">You will be on probation for </w:t>
      </w:r>
      <w:r>
        <w:rPr>
          <w:b w:val="0"/>
          <w:highlight w:val="yellow"/>
        </w:rPr>
        <w:t>[number]</w:t>
      </w:r>
      <w:r>
        <w:rPr>
          <w:b w:val="0"/>
        </w:rPr>
        <w:t xml:space="preserve"> months from your date of joining. Your working hours, leave, notice period and other terms will be set out in your appointment letter and the company's policies.</w:t>
      </w:r>
    </w:p>
    <w:p>
      <w:r>
        <w:rPr>
          <w:b w:val="0"/>
        </w:rPr>
        <w:t xml:space="preserve">This offer is subject to </w:t>
      </w:r>
      <w:r>
        <w:rPr>
          <w:b w:val="0"/>
          <w:highlight w:val="yellow"/>
        </w:rPr>
        <w:t>[satisfactory background verification / submission of your educational and experience documents / medical fitness, as applicable]</w:t>
      </w:r>
      <w:r>
        <w:rPr>
          <w:b w:val="0"/>
        </w:rPr>
        <w:t>.</w:t>
      </w:r>
    </w:p>
    <w:p>
      <w:r>
        <w:rPr>
          <w:b w:val="0"/>
        </w:rPr>
        <w:t xml:space="preserve">Please confirm your acceptance by signing and returning a copy of this letter, or by email to </w:t>
      </w:r>
      <w:r>
        <w:rPr>
          <w:b w:val="0"/>
          <w:highlight w:val="yellow"/>
        </w:rPr>
        <w:t>[HR email]</w:t>
      </w:r>
      <w:r>
        <w:rPr>
          <w:b w:val="0"/>
        </w:rPr>
        <w:t xml:space="preserve">, by </w:t>
      </w:r>
      <w:r>
        <w:rPr>
          <w:b w:val="0"/>
          <w:highlight w:val="yellow"/>
        </w:rPr>
        <w:t>[DD Month YYYY]</w:t>
      </w:r>
      <w:r>
        <w:rPr>
          <w:b w:val="0"/>
        </w:rPr>
        <w:t>. If we do not hear from you by then, this offer will lapse.</w:t>
      </w:r>
    </w:p>
    <w:p>
      <w:r>
        <w:rPr>
          <w:b w:val="0"/>
        </w:rPr>
        <w:t>We look forward to welcoming you.</w:t>
      </w:r>
    </w:p>
    <w:p/>
    <w:p>
      <w:pPr>
        <w:spacing w:after="0"/>
      </w:pPr>
      <w:r>
        <w:rPr>
          <w:b w:val="0"/>
        </w:rPr>
        <w:t xml:space="preserve">For </w:t>
      </w:r>
      <w:r>
        <w:rPr>
          <w:b w:val="0"/>
          <w:highlight w:val="yellow"/>
        </w:rPr>
        <w:t>[Company name]</w:t>
      </w:r>
    </w:p>
    <w:p>
      <w:pPr>
        <w:spacing w:after="0"/>
      </w:pPr>
      <w:r>
        <w:rPr>
          <w:b w:val="0"/>
          <w:highlight w:val="yellow"/>
        </w:rPr>
        <w:t>[Signature]</w:t>
      </w:r>
    </w:p>
    <w:p>
      <w:pPr>
        <w:spacing w:after="0"/>
      </w:pPr>
      <w:r>
        <w:rPr>
          <w:b w:val="0"/>
          <w:highlight w:val="yellow"/>
        </w:rPr>
        <w:t>[Name]</w:t>
      </w:r>
    </w:p>
    <w:p>
      <w:pPr>
        <w:spacing w:after="0"/>
      </w:pPr>
      <w:r>
        <w:rPr>
          <w:b w:val="0"/>
          <w:highlight w:val="yellow"/>
        </w:rPr>
        <w:t>[Designation, e.g. HR Manager]</w:t>
      </w:r>
    </w:p>
    <w:p>
      <w:pPr>
        <w:spacing w:after="0"/>
      </w:pPr>
      <w:r>
        <w:rPr>
          <w:b w:val="0"/>
          <w:highlight w:val="yellow"/>
        </w:rPr>
        <w:t>[Official email]</w:t>
      </w:r>
      <w:r>
        <w:rPr>
          <w:b w:val="0"/>
        </w:rPr>
        <w:t xml:space="preserve"> | </w:t>
      </w:r>
      <w:r>
        <w:rPr>
          <w:b w:val="0"/>
          <w:highlight w:val="yellow"/>
        </w:rPr>
        <w:t>[Phone]</w:t>
      </w:r>
    </w:p>
    <w:p>
      <w:r>
        <w:rPr>
          <w:b w:val="0"/>
        </w:rPr>
        <w:t xml:space="preserve">Accepted: </w:t>
      </w:r>
      <w:r>
        <w:rPr>
          <w:b w:val="0"/>
          <w:highlight w:val="yellow"/>
        </w:rPr>
        <w:t>[Candidate's signature]</w:t>
      </w:r>
      <w:r>
        <w:rPr>
          <w:b w:val="0"/>
        </w:rPr>
        <w:t xml:space="preserve"> </w:t>
      </w:r>
      <w:r>
        <w:rPr>
          <w:b w:val="0"/>
          <w:highlight w:val="yellow"/>
        </w:rPr>
        <w:t>[Date]</w:t>
      </w:r>
    </w:p>
    <w:p>
      <w:r>
        <w:br w:type="page"/>
      </w:r>
    </w:p>
    <w:p>
      <w:r>
        <w:rPr>
          <w:b/>
          <w:color w:val="808080"/>
          <w:sz w:val="16"/>
        </w:rPr>
        <w:t>FORMAT 2: OFFER LETTER FOR A FRESHER OR CAMPUS HIRE</w:t>
      </w:r>
    </w:p>
    <w:p>
      <w:pPr>
        <w:spacing w:after="280"/>
        <w:jc w:val="center"/>
      </w:pPr>
      <w:r>
        <w:rPr>
          <w:b/>
          <w:sz w:val="25"/>
          <w:highlight w:val="yellow"/>
        </w:rPr>
        <w:t>[Company name]</w:t>
      </w:r>
      <w:r>
        <w:rPr>
          <w:b/>
          <w:sz w:val="25"/>
        </w:rPr>
        <w:t xml:space="preserve"> | </w:t>
      </w:r>
      <w:r>
        <w:rPr>
          <w:b/>
          <w:sz w:val="25"/>
          <w:highlight w:val="yellow"/>
        </w:rPr>
        <w:t>[Registered address]</w:t>
      </w:r>
      <w:r>
        <w:rPr>
          <w:b/>
          <w:sz w:val="25"/>
        </w:rPr>
        <w:t xml:space="preserve"> | </w:t>
      </w:r>
      <w:r>
        <w:rPr>
          <w:b/>
          <w:sz w:val="25"/>
          <w:highlight w:val="yellow"/>
        </w:rPr>
        <w:t>[Official email]</w:t>
      </w:r>
    </w:p>
    <w:p>
      <w:pPr>
        <w:jc w:val="right"/>
      </w:pPr>
      <w:r>
        <w:rPr>
          <w:b w:val="0"/>
        </w:rPr>
        <w:t xml:space="preserve">Date: </w:t>
      </w:r>
      <w:r>
        <w:rPr>
          <w:b w:val="0"/>
          <w:highlight w:val="yellow"/>
        </w:rPr>
        <w:t>[DD Month YYYY]</w:t>
      </w:r>
    </w:p>
    <w:p>
      <w:pPr>
        <w:spacing w:after="240"/>
        <w:jc w:val="center"/>
      </w:pPr>
      <w:r>
        <w:rPr>
          <w:b/>
          <w:sz w:val="28"/>
        </w:rPr>
        <w:t>OFFER LETTER</w:t>
      </w:r>
    </w:p>
    <w:p>
      <w:r>
        <w:rPr>
          <w:b w:val="0"/>
        </w:rPr>
        <w:t xml:space="preserve">Dear </w:t>
      </w:r>
      <w:r>
        <w:rPr>
          <w:b w:val="0"/>
          <w:highlight w:val="yellow"/>
        </w:rPr>
        <w:t>[Candidate's full name]</w:t>
      </w:r>
      <w:r>
        <w:rPr>
          <w:b w:val="0"/>
        </w:rPr>
        <w:t>,</w:t>
      </w:r>
    </w:p>
    <w:p>
      <w:r>
        <w:rPr>
          <w:b w:val="0"/>
        </w:rPr>
        <w:t xml:space="preserve">Following the selection process at </w:t>
      </w:r>
      <w:r>
        <w:rPr>
          <w:b w:val="0"/>
          <w:highlight w:val="yellow"/>
        </w:rPr>
        <w:t>[College name]</w:t>
      </w:r>
      <w:r>
        <w:rPr>
          <w:b w:val="0"/>
        </w:rPr>
        <w:t xml:space="preserve"> on </w:t>
      </w:r>
      <w:r>
        <w:rPr>
          <w:b w:val="0"/>
          <w:highlight w:val="yellow"/>
        </w:rPr>
        <w:t>[date]</w:t>
      </w:r>
      <w:r>
        <w:rPr>
          <w:b w:val="0"/>
        </w:rPr>
        <w:t xml:space="preserve">, we are pleased to offer you the role of </w:t>
      </w:r>
      <w:r>
        <w:rPr>
          <w:b w:val="0"/>
          <w:highlight w:val="yellow"/>
        </w:rPr>
        <w:t>[Designation, e.g. Graduate Engineer Trainee]</w:t>
      </w:r>
      <w:r>
        <w:rPr>
          <w:b w:val="0"/>
        </w:rPr>
        <w:t xml:space="preserve"> at </w:t>
      </w:r>
      <w:r>
        <w:rPr>
          <w:b w:val="0"/>
          <w:highlight w:val="yellow"/>
        </w:rPr>
        <w:t>[Company name]</w:t>
      </w:r>
      <w:r>
        <w:rPr>
          <w:b w:val="0"/>
        </w:rPr>
        <w:t>.</w:t>
      </w:r>
    </w:p>
    <w:p>
      <w:r>
        <w:rPr>
          <w:b w:val="0"/>
        </w:rPr>
        <w:t xml:space="preserve">Your annual CTC will be Rs </w:t>
      </w:r>
      <w:r>
        <w:rPr>
          <w:b w:val="0"/>
          <w:highlight w:val="yellow"/>
        </w:rPr>
        <w:t>[amount]</w:t>
      </w:r>
      <w:r>
        <w:rPr>
          <w:b w:val="0"/>
        </w:rPr>
        <w:t xml:space="preserve">, as detailed in Annexure A. Your expected date of joining is </w:t>
      </w:r>
      <w:r>
        <w:rPr>
          <w:b w:val="0"/>
          <w:highlight w:val="yellow"/>
        </w:rPr>
        <w:t>[DD Month YYYY]</w:t>
      </w:r>
      <w:r>
        <w:rPr>
          <w:b w:val="0"/>
        </w:rPr>
        <w:t>, subject to your passing your final examinations and submitting your final marksheet and degree or provisional certificate.</w:t>
      </w:r>
    </w:p>
    <w:p>
      <w:r>
        <w:rPr>
          <w:b w:val="0"/>
        </w:rPr>
        <w:t xml:space="preserve">You will undergo </w:t>
      </w:r>
      <w:r>
        <w:rPr>
          <w:b w:val="0"/>
          <w:highlight w:val="yellow"/>
        </w:rPr>
        <w:t>[training programme, duration]</w:t>
      </w:r>
      <w:r>
        <w:rPr>
          <w:b w:val="0"/>
        </w:rPr>
        <w:t xml:space="preserve"> and a probation of </w:t>
      </w:r>
      <w:r>
        <w:rPr>
          <w:b w:val="0"/>
          <w:highlight w:val="yellow"/>
        </w:rPr>
        <w:t>[number]</w:t>
      </w:r>
      <w:r>
        <w:rPr>
          <w:b w:val="0"/>
        </w:rPr>
        <w:t xml:space="preserve"> months. Your work location will be </w:t>
      </w:r>
      <w:r>
        <w:rPr>
          <w:b w:val="0"/>
          <w:highlight w:val="yellow"/>
        </w:rPr>
        <w:t>[City]</w:t>
      </w:r>
      <w:r>
        <w:rPr>
          <w:b w:val="0"/>
        </w:rPr>
        <w:t>, or as communicated before joining.</w:t>
      </w:r>
    </w:p>
    <w:p>
      <w:r>
        <w:rPr>
          <w:b w:val="0"/>
        </w:rPr>
        <w:t xml:space="preserve">Please confirm your acceptance by </w:t>
      </w:r>
      <w:r>
        <w:rPr>
          <w:b w:val="0"/>
          <w:highlight w:val="yellow"/>
        </w:rPr>
        <w:t>[DD Month YYYY]</w:t>
      </w:r>
      <w:r>
        <w:rPr>
          <w:b w:val="0"/>
        </w:rPr>
        <w:t xml:space="preserve"> by replying to </w:t>
      </w:r>
      <w:r>
        <w:rPr>
          <w:b w:val="0"/>
          <w:highlight w:val="yellow"/>
        </w:rPr>
        <w:t>[HR email]</w:t>
      </w:r>
      <w:r>
        <w:rPr>
          <w:b w:val="0"/>
        </w:rPr>
        <w:t>. Bring the documents listed in the joining checklist on your first day.</w:t>
      </w:r>
    </w:p>
    <w:p/>
    <w:p>
      <w:pPr>
        <w:spacing w:after="0"/>
      </w:pPr>
      <w:r>
        <w:rPr>
          <w:b w:val="0"/>
        </w:rPr>
        <w:t xml:space="preserve">For </w:t>
      </w:r>
      <w:r>
        <w:rPr>
          <w:b w:val="0"/>
          <w:highlight w:val="yellow"/>
        </w:rPr>
        <w:t>[Company name]</w:t>
      </w:r>
    </w:p>
    <w:p>
      <w:pPr>
        <w:spacing w:after="0"/>
      </w:pPr>
      <w:r>
        <w:rPr>
          <w:b w:val="0"/>
          <w:highlight w:val="yellow"/>
        </w:rPr>
        <w:t>[Signature]</w:t>
      </w:r>
    </w:p>
    <w:p>
      <w:pPr>
        <w:spacing w:after="0"/>
      </w:pPr>
      <w:r>
        <w:rPr>
          <w:b w:val="0"/>
          <w:highlight w:val="yellow"/>
        </w:rPr>
        <w:t>[Name]</w:t>
      </w:r>
    </w:p>
    <w:p>
      <w:pPr>
        <w:spacing w:after="0"/>
      </w:pPr>
      <w:r>
        <w:rPr>
          <w:b w:val="0"/>
          <w:highlight w:val="yellow"/>
        </w:rPr>
        <w:t>[Designation]</w:t>
      </w:r>
    </w:p>
    <w:p>
      <w:r>
        <w:br w:type="page"/>
      </w:r>
    </w:p>
    <w:p>
      <w:r>
        <w:rPr>
          <w:b/>
          <w:color w:val="808080"/>
          <w:sz w:val="16"/>
        </w:rPr>
        <w:t>FORMAT 3: INTERNSHIP OFFER LETTER</w:t>
      </w:r>
    </w:p>
    <w:p>
      <w:pPr>
        <w:spacing w:after="280"/>
        <w:jc w:val="center"/>
      </w:pPr>
      <w:r>
        <w:rPr>
          <w:b/>
          <w:sz w:val="25"/>
          <w:highlight w:val="yellow"/>
        </w:rPr>
        <w:t>[Company name]</w:t>
      </w:r>
      <w:r>
        <w:rPr>
          <w:b/>
          <w:sz w:val="25"/>
        </w:rPr>
        <w:t xml:space="preserve"> | </w:t>
      </w:r>
      <w:r>
        <w:rPr>
          <w:b/>
          <w:sz w:val="25"/>
          <w:highlight w:val="yellow"/>
        </w:rPr>
        <w:t>[Address]</w:t>
      </w:r>
      <w:r>
        <w:rPr>
          <w:b/>
          <w:sz w:val="25"/>
        </w:rPr>
        <w:t xml:space="preserve"> | </w:t>
      </w:r>
      <w:r>
        <w:rPr>
          <w:b/>
          <w:sz w:val="25"/>
          <w:highlight w:val="yellow"/>
        </w:rPr>
        <w:t>[Official email]</w:t>
      </w:r>
    </w:p>
    <w:p>
      <w:pPr>
        <w:jc w:val="right"/>
      </w:pPr>
      <w:r>
        <w:rPr>
          <w:b w:val="0"/>
        </w:rPr>
        <w:t xml:space="preserve">Date: </w:t>
      </w:r>
      <w:r>
        <w:rPr>
          <w:b w:val="0"/>
          <w:highlight w:val="yellow"/>
        </w:rPr>
        <w:t>[DD Month YYYY]</w:t>
      </w:r>
    </w:p>
    <w:p>
      <w:pPr>
        <w:spacing w:after="240"/>
        <w:jc w:val="center"/>
      </w:pPr>
      <w:r>
        <w:rPr>
          <w:b/>
          <w:sz w:val="28"/>
        </w:rPr>
        <w:t>INTERNSHIP OFFER</w:t>
      </w:r>
    </w:p>
    <w:p>
      <w:r>
        <w:rPr>
          <w:b w:val="0"/>
        </w:rPr>
        <w:t xml:space="preserve">Dear </w:t>
      </w:r>
      <w:r>
        <w:rPr>
          <w:b w:val="0"/>
          <w:highlight w:val="yellow"/>
        </w:rPr>
        <w:t>[Student's full name]</w:t>
      </w:r>
      <w:r>
        <w:rPr>
          <w:b w:val="0"/>
        </w:rPr>
        <w:t>,</w:t>
      </w:r>
    </w:p>
    <w:p>
      <w:r>
        <w:rPr>
          <w:b w:val="0"/>
        </w:rPr>
        <w:t xml:space="preserve">We are pleased to offer you an internship as </w:t>
      </w:r>
      <w:r>
        <w:rPr>
          <w:b w:val="0"/>
          <w:highlight w:val="yellow"/>
        </w:rPr>
        <w:t>[Intern role]</w:t>
      </w:r>
      <w:r>
        <w:rPr>
          <w:b w:val="0"/>
        </w:rPr>
        <w:t xml:space="preserve"> in our </w:t>
      </w:r>
      <w:r>
        <w:rPr>
          <w:b w:val="0"/>
          <w:highlight w:val="yellow"/>
        </w:rPr>
        <w:t>[Team]</w:t>
      </w:r>
      <w:r>
        <w:rPr>
          <w:b w:val="0"/>
        </w:rPr>
        <w:t xml:space="preserve"> team from </w:t>
      </w:r>
      <w:r>
        <w:rPr>
          <w:b w:val="0"/>
          <w:highlight w:val="yellow"/>
        </w:rPr>
        <w:t>[Start date]</w:t>
      </w:r>
      <w:r>
        <w:rPr>
          <w:b w:val="0"/>
        </w:rPr>
        <w:t xml:space="preserve"> to </w:t>
      </w:r>
      <w:r>
        <w:rPr>
          <w:b w:val="0"/>
          <w:highlight w:val="yellow"/>
        </w:rPr>
        <w:t>[End date]</w:t>
      </w:r>
      <w:r>
        <w:rPr>
          <w:b w:val="0"/>
        </w:rPr>
        <w:t xml:space="preserve">, at </w:t>
      </w:r>
      <w:r>
        <w:rPr>
          <w:b w:val="0"/>
          <w:highlight w:val="yellow"/>
        </w:rPr>
        <w:t>[location / remote]</w:t>
      </w:r>
      <w:r>
        <w:rPr>
          <w:b w:val="0"/>
        </w:rPr>
        <w:t xml:space="preserve">. Your mentor will be </w:t>
      </w:r>
      <w:r>
        <w:rPr>
          <w:b w:val="0"/>
          <w:highlight w:val="yellow"/>
        </w:rPr>
        <w:t>[Mentor name, Designation]</w:t>
      </w:r>
      <w:r>
        <w:rPr>
          <w:b w:val="0"/>
        </w:rPr>
        <w:t>.</w:t>
      </w:r>
    </w:p>
    <w:p>
      <w:r>
        <w:rPr>
          <w:b w:val="0"/>
          <w:highlight w:val="yellow"/>
        </w:rPr>
        <w:t>[The internship carries a monthly stipend of Rs (amount). / The internship is unpaid.]</w:t>
      </w:r>
      <w:r>
        <w:rPr>
          <w:b w:val="0"/>
        </w:rPr>
        <w:t xml:space="preserve"> Your working hours will be </w:t>
      </w:r>
      <w:r>
        <w:rPr>
          <w:b w:val="0"/>
          <w:highlight w:val="yellow"/>
        </w:rPr>
        <w:t>[hours]</w:t>
      </w:r>
      <w:r>
        <w:rPr>
          <w:b w:val="0"/>
        </w:rPr>
        <w:t xml:space="preserve">. You will work on </w:t>
      </w:r>
      <w:r>
        <w:rPr>
          <w:b w:val="0"/>
          <w:highlight w:val="yellow"/>
        </w:rPr>
        <w:t>[project or area]</w:t>
      </w:r>
      <w:r>
        <w:rPr>
          <w:b w:val="0"/>
        </w:rPr>
        <w:t>.</w:t>
      </w:r>
    </w:p>
    <w:p>
      <w:r>
        <w:rPr>
          <w:b w:val="0"/>
        </w:rPr>
        <w:t xml:space="preserve">This is an internship, not an offer of employment. On completion, you will receive an internship certificate. Please confirm your acceptance by </w:t>
      </w:r>
      <w:r>
        <w:rPr>
          <w:b w:val="0"/>
          <w:highlight w:val="yellow"/>
        </w:rPr>
        <w:t>[DD Month YYYY]</w:t>
      </w:r>
      <w:r>
        <w:rPr>
          <w:b w:val="0"/>
        </w:rPr>
        <w:t>, and share a letter from your college if it requires one.</w:t>
      </w:r>
    </w:p>
    <w:p/>
    <w:p>
      <w:pPr>
        <w:spacing w:after="0"/>
      </w:pPr>
      <w:r>
        <w:rPr>
          <w:b w:val="0"/>
        </w:rPr>
        <w:t xml:space="preserve">For </w:t>
      </w:r>
      <w:r>
        <w:rPr>
          <w:b w:val="0"/>
          <w:highlight w:val="yellow"/>
        </w:rPr>
        <w:t>[Company name]</w:t>
      </w:r>
    </w:p>
    <w:p>
      <w:pPr>
        <w:spacing w:after="0"/>
      </w:pPr>
      <w:r>
        <w:rPr>
          <w:b w:val="0"/>
          <w:highlight w:val="yellow"/>
        </w:rPr>
        <w:t>[Signature]</w:t>
      </w:r>
    </w:p>
    <w:p>
      <w:pPr>
        <w:spacing w:after="0"/>
      </w:pPr>
      <w:r>
        <w:rPr>
          <w:b w:val="0"/>
          <w:highlight w:val="yellow"/>
        </w:rPr>
        <w:t>[Name]</w:t>
      </w:r>
    </w:p>
    <w:p>
      <w:pPr>
        <w:spacing w:after="0"/>
      </w:pPr>
      <w:r>
        <w:rPr>
          <w:b w:val="0"/>
          <w:highlight w:val="yellow"/>
        </w:rPr>
        <w:t>[Designation]</w:t>
      </w:r>
    </w:p>
    <w:p>
      <w:r>
        <w:br w:type="page"/>
      </w:r>
    </w:p>
    <w:p>
      <w:r>
        <w:rPr>
          <w:b/>
          <w:color w:val="808080"/>
          <w:sz w:val="16"/>
        </w:rPr>
        <w:t>FORMAT 4: ANNEXURE A, SALARY BREAK-UP (CTC)</w:t>
      </w:r>
    </w:p>
    <w:p>
      <w:pPr>
        <w:jc w:val="center"/>
      </w:pPr>
      <w:r>
        <w:rPr>
          <w:b/>
          <w:sz w:val="28"/>
        </w:rPr>
        <w:t>ANNEXURE A: SALARY BREAK-UP</w:t>
      </w:r>
    </w:p>
    <w:p>
      <w:r>
        <w:rPr>
          <w:b w:val="0"/>
        </w:rPr>
        <w:t xml:space="preserve">Name: </w:t>
      </w:r>
      <w:r>
        <w:rPr>
          <w:b w:val="0"/>
          <w:highlight w:val="yellow"/>
        </w:rPr>
        <w:t>[Candidate's full name]</w:t>
      </w:r>
      <w:r>
        <w:rPr>
          <w:b w:val="0"/>
        </w:rPr>
        <w:t xml:space="preserve">    Designation: </w:t>
      </w:r>
      <w:r>
        <w:rPr>
          <w:b w:val="0"/>
          <w:highlight w:val="yellow"/>
        </w:rPr>
        <w:t>[Designation]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137"/>
        <w:gridCol w:w="3137"/>
        <w:gridCol w:w="3137"/>
      </w:tblGrid>
      <w:tr>
        <w:tc>
          <w:tcPr>
            <w:tcW w:type="dxa" w:w="5102"/>
          </w:tcPr>
          <w:p>
            <w:r/>
            <w:r>
              <w:rPr>
                <w:b/>
              </w:rPr>
              <w:t>Component</w:t>
            </w:r>
          </w:p>
        </w:tc>
        <w:tc>
          <w:tcPr>
            <w:tcW w:type="dxa" w:w="3137"/>
          </w:tcPr>
          <w:p>
            <w:r/>
            <w:r>
              <w:rPr>
                <w:b/>
              </w:rPr>
              <w:t>Monthly (Rs)</w:t>
            </w:r>
          </w:p>
        </w:tc>
        <w:tc>
          <w:tcPr>
            <w:tcW w:type="dxa" w:w="3137"/>
          </w:tcPr>
          <w:p>
            <w:r/>
            <w:r>
              <w:rPr>
                <w:b/>
              </w:rPr>
              <w:t>Annual (Rs)</w:t>
            </w:r>
          </w:p>
        </w:tc>
      </w:tr>
      <w:tr>
        <w:tc>
          <w:tcPr>
            <w:tcW w:type="dxa" w:w="5102"/>
          </w:tcPr>
          <w:p>
            <w:r/>
            <w:r>
              <w:rPr>
                <w:b w:val="0"/>
              </w:rPr>
              <w:t>Basic salary</w:t>
            </w:r>
          </w:p>
        </w:tc>
        <w:tc>
          <w:tcPr>
            <w:tcW w:type="dxa" w:w="3137"/>
          </w:tcPr>
          <w:p>
            <w:r/>
            <w:r>
              <w:rPr>
                <w:b w:val="0"/>
                <w:highlight w:val="yellow"/>
              </w:rPr>
              <w:t>[amount]</w:t>
            </w:r>
          </w:p>
        </w:tc>
        <w:tc>
          <w:tcPr>
            <w:tcW w:type="dxa" w:w="3137"/>
          </w:tcPr>
          <w:p>
            <w:r/>
            <w:r>
              <w:rPr>
                <w:b w:val="0"/>
                <w:highlight w:val="yellow"/>
              </w:rPr>
              <w:t>[amount]</w:t>
            </w:r>
          </w:p>
        </w:tc>
      </w:tr>
      <w:tr>
        <w:tc>
          <w:tcPr>
            <w:tcW w:type="dxa" w:w="5102"/>
          </w:tcPr>
          <w:p>
            <w:r/>
            <w:r>
              <w:rPr>
                <w:b w:val="0"/>
              </w:rPr>
              <w:t>House rent allowance (HRA)</w:t>
            </w:r>
          </w:p>
        </w:tc>
        <w:tc>
          <w:tcPr>
            <w:tcW w:type="dxa" w:w="3137"/>
          </w:tcPr>
          <w:p>
            <w:r/>
            <w:r>
              <w:rPr>
                <w:b w:val="0"/>
                <w:highlight w:val="yellow"/>
              </w:rPr>
              <w:t>[amount]</w:t>
            </w:r>
          </w:p>
        </w:tc>
        <w:tc>
          <w:tcPr>
            <w:tcW w:type="dxa" w:w="3137"/>
          </w:tcPr>
          <w:p>
            <w:r/>
            <w:r>
              <w:rPr>
                <w:b w:val="0"/>
                <w:highlight w:val="yellow"/>
              </w:rPr>
              <w:t>[amount]</w:t>
            </w:r>
          </w:p>
        </w:tc>
      </w:tr>
      <w:tr>
        <w:tc>
          <w:tcPr>
            <w:tcW w:type="dxa" w:w="5102"/>
          </w:tcPr>
          <w:p>
            <w:r/>
            <w:r>
              <w:rPr>
                <w:b w:val="0"/>
              </w:rPr>
              <w:t>Special allowance</w:t>
            </w:r>
          </w:p>
        </w:tc>
        <w:tc>
          <w:tcPr>
            <w:tcW w:type="dxa" w:w="3137"/>
          </w:tcPr>
          <w:p>
            <w:r/>
            <w:r>
              <w:rPr>
                <w:b w:val="0"/>
                <w:highlight w:val="yellow"/>
              </w:rPr>
              <w:t>[amount]</w:t>
            </w:r>
          </w:p>
        </w:tc>
        <w:tc>
          <w:tcPr>
            <w:tcW w:type="dxa" w:w="3137"/>
          </w:tcPr>
          <w:p>
            <w:r/>
            <w:r>
              <w:rPr>
                <w:b w:val="0"/>
                <w:highlight w:val="yellow"/>
              </w:rPr>
              <w:t>[amount]</w:t>
            </w:r>
          </w:p>
        </w:tc>
      </w:tr>
      <w:tr>
        <w:tc>
          <w:tcPr>
            <w:tcW w:type="dxa" w:w="5102"/>
          </w:tcPr>
          <w:p>
            <w:r/>
            <w:r>
              <w:rPr>
                <w:b w:val="0"/>
              </w:rPr>
              <w:t>Other allowances</w:t>
            </w:r>
          </w:p>
        </w:tc>
        <w:tc>
          <w:tcPr>
            <w:tcW w:type="dxa" w:w="3137"/>
          </w:tcPr>
          <w:p>
            <w:r/>
            <w:r>
              <w:rPr>
                <w:b w:val="0"/>
                <w:highlight w:val="yellow"/>
              </w:rPr>
              <w:t>[amount]</w:t>
            </w:r>
          </w:p>
        </w:tc>
        <w:tc>
          <w:tcPr>
            <w:tcW w:type="dxa" w:w="3137"/>
          </w:tcPr>
          <w:p>
            <w:r/>
            <w:r>
              <w:rPr>
                <w:b w:val="0"/>
                <w:highlight w:val="yellow"/>
              </w:rPr>
              <w:t>[amount]</w:t>
            </w:r>
          </w:p>
        </w:tc>
      </w:tr>
      <w:tr>
        <w:tc>
          <w:tcPr>
            <w:tcW w:type="dxa" w:w="5102"/>
          </w:tcPr>
          <w:p>
            <w:r/>
            <w:r>
              <w:rPr>
                <w:b/>
              </w:rPr>
              <w:t>A. Gross salary</w:t>
            </w:r>
          </w:p>
        </w:tc>
        <w:tc>
          <w:tcPr>
            <w:tcW w:type="dxa" w:w="3137"/>
          </w:tcPr>
          <w:p>
            <w:r/>
            <w:r>
              <w:rPr>
                <w:b w:val="0"/>
                <w:highlight w:val="yellow"/>
              </w:rPr>
              <w:t>[total]</w:t>
            </w:r>
          </w:p>
        </w:tc>
        <w:tc>
          <w:tcPr>
            <w:tcW w:type="dxa" w:w="3137"/>
          </w:tcPr>
          <w:p>
            <w:r/>
            <w:r>
              <w:rPr>
                <w:b w:val="0"/>
                <w:highlight w:val="yellow"/>
              </w:rPr>
              <w:t>[total]</w:t>
            </w:r>
          </w:p>
        </w:tc>
      </w:tr>
      <w:tr>
        <w:tc>
          <w:tcPr>
            <w:tcW w:type="dxa" w:w="5102"/>
          </w:tcPr>
          <w:p>
            <w:r/>
            <w:r>
              <w:rPr>
                <w:b w:val="0"/>
              </w:rPr>
              <w:t>Employer's PF contribution</w:t>
            </w:r>
          </w:p>
        </w:tc>
        <w:tc>
          <w:tcPr>
            <w:tcW w:type="dxa" w:w="3137"/>
          </w:tcPr>
          <w:p>
            <w:r/>
            <w:r>
              <w:rPr>
                <w:b w:val="0"/>
                <w:highlight w:val="yellow"/>
              </w:rPr>
              <w:t>[amount]</w:t>
            </w:r>
          </w:p>
        </w:tc>
        <w:tc>
          <w:tcPr>
            <w:tcW w:type="dxa" w:w="3137"/>
          </w:tcPr>
          <w:p>
            <w:r/>
            <w:r>
              <w:rPr>
                <w:b w:val="0"/>
                <w:highlight w:val="yellow"/>
              </w:rPr>
              <w:t>[amount]</w:t>
            </w:r>
          </w:p>
        </w:tc>
      </w:tr>
      <w:tr>
        <w:tc>
          <w:tcPr>
            <w:tcW w:type="dxa" w:w="5102"/>
          </w:tcPr>
          <w:p>
            <w:r/>
            <w:r>
              <w:rPr>
                <w:b w:val="0"/>
              </w:rPr>
              <w:t>Gratuity (if included in CTC)</w:t>
            </w:r>
          </w:p>
        </w:tc>
        <w:tc>
          <w:tcPr>
            <w:tcW w:type="dxa" w:w="3137"/>
          </w:tcPr>
          <w:p>
            <w:r/>
            <w:r>
              <w:rPr>
                <w:b w:val="0"/>
                <w:highlight w:val="yellow"/>
              </w:rPr>
              <w:t>[amount]</w:t>
            </w:r>
          </w:p>
        </w:tc>
        <w:tc>
          <w:tcPr>
            <w:tcW w:type="dxa" w:w="3137"/>
          </w:tcPr>
          <w:p>
            <w:r/>
            <w:r>
              <w:rPr>
                <w:b w:val="0"/>
                <w:highlight w:val="yellow"/>
              </w:rPr>
              <w:t>[amount]</w:t>
            </w:r>
          </w:p>
        </w:tc>
      </w:tr>
      <w:tr>
        <w:tc>
          <w:tcPr>
            <w:tcW w:type="dxa" w:w="5102"/>
          </w:tcPr>
          <w:p>
            <w:r/>
            <w:r>
              <w:rPr>
                <w:b w:val="0"/>
              </w:rPr>
              <w:t>Insurance and other benefits</w:t>
            </w:r>
          </w:p>
        </w:tc>
        <w:tc>
          <w:tcPr>
            <w:tcW w:type="dxa" w:w="3137"/>
          </w:tcPr>
          <w:p>
            <w:r/>
            <w:r>
              <w:rPr>
                <w:b w:val="0"/>
                <w:highlight w:val="yellow"/>
              </w:rPr>
              <w:t>[amount]</w:t>
            </w:r>
          </w:p>
        </w:tc>
        <w:tc>
          <w:tcPr>
            <w:tcW w:type="dxa" w:w="3137"/>
          </w:tcPr>
          <w:p>
            <w:r/>
            <w:r>
              <w:rPr>
                <w:b w:val="0"/>
                <w:highlight w:val="yellow"/>
              </w:rPr>
              <w:t>[amount]</w:t>
            </w:r>
          </w:p>
        </w:tc>
      </w:tr>
      <w:tr>
        <w:tc>
          <w:tcPr>
            <w:tcW w:type="dxa" w:w="5102"/>
          </w:tcPr>
          <w:p>
            <w:r/>
            <w:r>
              <w:rPr>
                <w:b/>
              </w:rPr>
              <w:t>B. Employer contributions</w:t>
            </w:r>
          </w:p>
        </w:tc>
        <w:tc>
          <w:tcPr>
            <w:tcW w:type="dxa" w:w="3137"/>
          </w:tcPr>
          <w:p>
            <w:r/>
            <w:r>
              <w:rPr>
                <w:b w:val="0"/>
                <w:highlight w:val="yellow"/>
              </w:rPr>
              <w:t>[total]</w:t>
            </w:r>
          </w:p>
        </w:tc>
        <w:tc>
          <w:tcPr>
            <w:tcW w:type="dxa" w:w="3137"/>
          </w:tcPr>
          <w:p>
            <w:r/>
            <w:r>
              <w:rPr>
                <w:b w:val="0"/>
                <w:highlight w:val="yellow"/>
              </w:rPr>
              <w:t>[total]</w:t>
            </w:r>
          </w:p>
        </w:tc>
      </w:tr>
      <w:tr>
        <w:tc>
          <w:tcPr>
            <w:tcW w:type="dxa" w:w="5102"/>
          </w:tcPr>
          <w:p>
            <w:r/>
            <w:r>
              <w:rPr>
                <w:b w:val="0"/>
              </w:rPr>
              <w:t>Variable pay or bonus (if any, with the conditions)</w:t>
            </w:r>
          </w:p>
        </w:tc>
        <w:tc>
          <w:tcPr>
            <w:tcW w:type="dxa" w:w="3137"/>
          </w:tcPr>
          <w:p>
            <w:r/>
            <w:r>
              <w:rPr>
                <w:b w:val="0"/>
                <w:highlight w:val="yellow"/>
              </w:rPr>
              <w:t>[amount]</w:t>
            </w:r>
          </w:p>
        </w:tc>
        <w:tc>
          <w:tcPr>
            <w:tcW w:type="dxa" w:w="3137"/>
          </w:tcPr>
          <w:p>
            <w:r/>
            <w:r>
              <w:rPr>
                <w:b w:val="0"/>
                <w:highlight w:val="yellow"/>
              </w:rPr>
              <w:t>[amount]</w:t>
            </w:r>
          </w:p>
        </w:tc>
      </w:tr>
      <w:tr>
        <w:tc>
          <w:tcPr>
            <w:tcW w:type="dxa" w:w="5102"/>
          </w:tcPr>
          <w:p>
            <w:r/>
            <w:r>
              <w:rPr>
                <w:b/>
              </w:rPr>
              <w:t>Cost to company (A + B + variable)</w:t>
            </w:r>
          </w:p>
        </w:tc>
        <w:tc>
          <w:tcPr>
            <w:tcW w:type="dxa" w:w="3137"/>
          </w:tcPr>
          <w:p>
            <w:r/>
            <w:r>
              <w:rPr>
                <w:b w:val="0"/>
                <w:highlight w:val="yellow"/>
              </w:rPr>
              <w:t>[total]</w:t>
            </w:r>
          </w:p>
        </w:tc>
        <w:tc>
          <w:tcPr>
            <w:tcW w:type="dxa" w:w="3137"/>
          </w:tcPr>
          <w:p>
            <w:r/>
            <w:r>
              <w:rPr>
                <w:b w:val="0"/>
                <w:highlight w:val="yellow"/>
              </w:rPr>
              <w:t>[total]</w:t>
            </w:r>
          </w:p>
        </w:tc>
      </w:tr>
    </w:tbl>
    <w:p>
      <w:r>
        <w:rPr>
          <w:b w:val="0"/>
        </w:rPr>
        <w:t>Your monthly take-home is gross salary minus your PF, professional tax, income tax and any other deductions. It is lower than CTC / 12.</w:t>
      </w:r>
    </w:p>
    <w:p>
      <w:r>
        <w:br w:type="page"/>
      </w:r>
    </w:p>
    <w:p>
      <w:r>
        <w:rPr>
          <w:b/>
          <w:color w:val="808080"/>
          <w:sz w:val="16"/>
        </w:rPr>
        <w:t>FORMAT 5: EMAIL ACCEPTING A JOB OFFER</w:t>
      </w:r>
    </w:p>
    <w:p>
      <w:r>
        <w:rPr>
          <w:b w:val="0"/>
        </w:rPr>
        <w:t xml:space="preserve">Subject: Acceptance of offer: </w:t>
      </w:r>
      <w:r>
        <w:rPr>
          <w:b w:val="0"/>
          <w:highlight w:val="yellow"/>
        </w:rPr>
        <w:t>[Designation]</w:t>
      </w:r>
      <w:r>
        <w:rPr>
          <w:b w:val="0"/>
        </w:rPr>
        <w:t xml:space="preserve">, </w:t>
      </w:r>
      <w:r>
        <w:rPr>
          <w:b w:val="0"/>
          <w:highlight w:val="yellow"/>
        </w:rPr>
        <w:t>[Your full name]</w:t>
      </w:r>
    </w:p>
    <w:p>
      <w:r>
        <w:rPr>
          <w:b w:val="0"/>
        </w:rPr>
        <w:t xml:space="preserve">Dear </w:t>
      </w:r>
      <w:r>
        <w:rPr>
          <w:b w:val="0"/>
          <w:highlight w:val="yellow"/>
        </w:rPr>
        <w:t>[HR or hiring manager's name]</w:t>
      </w:r>
      <w:r>
        <w:rPr>
          <w:b w:val="0"/>
        </w:rPr>
        <w:t>,</w:t>
      </w:r>
    </w:p>
    <w:p>
      <w:r>
        <w:rPr>
          <w:b w:val="0"/>
        </w:rPr>
        <w:t xml:space="preserve">Thank you for the offer of the position of </w:t>
      </w:r>
      <w:r>
        <w:rPr>
          <w:b w:val="0"/>
          <w:highlight w:val="yellow"/>
        </w:rPr>
        <w:t>[Designation]</w:t>
      </w:r>
      <w:r>
        <w:rPr>
          <w:b w:val="0"/>
        </w:rPr>
        <w:t xml:space="preserve"> at </w:t>
      </w:r>
      <w:r>
        <w:rPr>
          <w:b w:val="0"/>
          <w:highlight w:val="yellow"/>
        </w:rPr>
        <w:t>[Company name]</w:t>
      </w:r>
      <w:r>
        <w:rPr>
          <w:b w:val="0"/>
        </w:rPr>
        <w:t xml:space="preserve">, dated </w:t>
      </w:r>
      <w:r>
        <w:rPr>
          <w:b w:val="0"/>
          <w:highlight w:val="yellow"/>
        </w:rPr>
        <w:t>[date]</w:t>
      </w:r>
      <w:r>
        <w:rPr>
          <w:b w:val="0"/>
        </w:rPr>
        <w:t xml:space="preserve">. I am pleased to accept it on the terms set out in the letter, with an annual CTC of Rs </w:t>
      </w:r>
      <w:r>
        <w:rPr>
          <w:b w:val="0"/>
          <w:highlight w:val="yellow"/>
        </w:rPr>
        <w:t>[amount]</w:t>
      </w:r>
      <w:r>
        <w:rPr>
          <w:b w:val="0"/>
        </w:rPr>
        <w:t>.</w:t>
      </w:r>
    </w:p>
    <w:p>
      <w:r>
        <w:rPr>
          <w:b w:val="0"/>
        </w:rPr>
        <w:t xml:space="preserve">I confirm my date of joining as </w:t>
      </w:r>
      <w:r>
        <w:rPr>
          <w:b w:val="0"/>
          <w:highlight w:val="yellow"/>
        </w:rPr>
        <w:t>[DD Month YYYY]</w:t>
      </w:r>
      <w:r>
        <w:rPr>
          <w:b w:val="0"/>
        </w:rPr>
        <w:t xml:space="preserve">. </w:t>
      </w:r>
      <w:r>
        <w:rPr>
          <w:b w:val="0"/>
          <w:highlight w:val="yellow"/>
        </w:rPr>
        <w:t>[I will serve my notice period at my current employer until (date).]</w:t>
      </w:r>
      <w:r>
        <w:rPr>
          <w:b w:val="0"/>
        </w:rPr>
        <w:t xml:space="preserve"> Please let me know the documents and formalities to complete before I join.</w:t>
      </w:r>
    </w:p>
    <w:p/>
    <w:p>
      <w:pPr>
        <w:spacing w:after="0"/>
      </w:pPr>
      <w:r>
        <w:rPr>
          <w:b w:val="0"/>
        </w:rPr>
        <w:t>Regards,</w:t>
      </w:r>
    </w:p>
    <w:p>
      <w:pPr>
        <w:spacing w:after="0"/>
      </w:pPr>
      <w:r>
        <w:rPr>
          <w:b w:val="0"/>
          <w:highlight w:val="yellow"/>
        </w:rPr>
        <w:t>[Full name]</w:t>
      </w:r>
    </w:p>
    <w:p>
      <w:pPr>
        <w:spacing w:after="0"/>
      </w:pPr>
      <w:r>
        <w:rPr>
          <w:b w:val="0"/>
          <w:highlight w:val="yellow"/>
        </w:rPr>
        <w:t>[Phone]</w:t>
      </w:r>
    </w:p>
    <w:p>
      <w:r>
        <w:br w:type="page"/>
      </w:r>
    </w:p>
    <w:p>
      <w:r>
        <w:rPr>
          <w:b/>
          <w:color w:val="808080"/>
          <w:sz w:val="16"/>
        </w:rPr>
        <w:t>CHECKLIST: BEFORE YOU ACCEPT AN OFFER LETTER</w:t>
      </w:r>
    </w:p>
    <w:p>
      <w:r>
        <w:rPr>
          <w:b w:val="0"/>
          <w:highlight w:val="yellow"/>
        </w:rPr>
        <w:t>[ ]</w:t>
      </w:r>
      <w:r>
        <w:rPr>
          <w:b w:val="0"/>
        </w:rPr>
        <w:t xml:space="preserve"> The offer came from an official company email domain, not a free email address.</w:t>
      </w:r>
    </w:p>
    <w:p>
      <w:r>
        <w:rPr>
          <w:b w:val="0"/>
          <w:highlight w:val="yellow"/>
        </w:rPr>
        <w:t>[ ]</w:t>
      </w:r>
      <w:r>
        <w:rPr>
          <w:b w:val="0"/>
        </w:rPr>
        <w:t xml:space="preserve"> Nobody asked you to pay a fee for registration, training, laptop, uniform or 'security deposit'. Genuine employers do not charge to hire you.</w:t>
      </w:r>
    </w:p>
    <w:p>
      <w:r>
        <w:rPr>
          <w:b w:val="0"/>
          <w:highlight w:val="yellow"/>
        </w:rPr>
        <w:t>[ ]</w:t>
      </w:r>
      <w:r>
        <w:rPr>
          <w:b w:val="0"/>
        </w:rPr>
        <w:t xml:space="preserve"> The designation, location, joining date and CTC match what was discussed.</w:t>
      </w:r>
    </w:p>
    <w:p>
      <w:r>
        <w:rPr>
          <w:b w:val="0"/>
          <w:highlight w:val="yellow"/>
        </w:rPr>
        <w:t>[ ]</w:t>
      </w:r>
      <w:r>
        <w:rPr>
          <w:b w:val="0"/>
        </w:rPr>
        <w:t xml:space="preserve"> The salary break-up (Annexure A) adds up, and you know your monthly take-home.</w:t>
      </w:r>
    </w:p>
    <w:p>
      <w:r>
        <w:rPr>
          <w:b w:val="0"/>
          <w:highlight w:val="yellow"/>
        </w:rPr>
        <w:t>[ ]</w:t>
      </w:r>
      <w:r>
        <w:rPr>
          <w:b w:val="0"/>
        </w:rPr>
        <w:t xml:space="preserve"> Probation, notice period and any bond or service agreement are stated and acceptable.</w:t>
      </w:r>
    </w:p>
    <w:p>
      <w:r>
        <w:rPr>
          <w:b w:val="0"/>
          <w:highlight w:val="yellow"/>
        </w:rPr>
        <w:t>[ ]</w:t>
      </w:r>
      <w:r>
        <w:rPr>
          <w:b w:val="0"/>
        </w:rPr>
        <w:t xml:space="preserve"> Conditions in the offer (background check, documents, marks) are ones you can meet.</w:t>
      </w:r>
    </w:p>
    <w:p>
      <w:r>
        <w:rPr>
          <w:b w:val="0"/>
          <w:highlight w:val="yellow"/>
        </w:rPr>
        <w:t>[ ]</w:t>
      </w:r>
      <w:r>
        <w:rPr>
          <w:b w:val="0"/>
        </w:rPr>
        <w:t xml:space="preserve"> You checked the company on the Ministry of Corporate Affairs company master data search.</w:t>
      </w:r>
    </w:p>
    <w:p>
      <w:r>
        <w:rPr>
          <w:b w:val="0"/>
          <w:highlight w:val="yellow"/>
        </w:rPr>
        <w:t>[ ]</w:t>
      </w:r>
      <w:r>
        <w:rPr>
          <w:b w:val="0"/>
        </w:rPr>
        <w:t xml:space="preserve"> After you join, you receive an appointment letter. The OSH Code, 2020 requires employers to issue one.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808080"/>
        <w:sz w:val="16"/>
      </w:rPr>
      <w:t>Offer letter formats. Free template from careerbhavan.com. Replace every [highlighted field] and delete lines that do not apply.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88" w:lineRule="auto"/>
    </w:pPr>
    <w:rPr>
      <w:rFonts w:ascii="Calibri" w:hAnsi="Calibri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Offer letter formats</dc:title>
  <dc:subject/>
  <dc:creator>CareerBhavan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