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6"/>
        </w:rPr>
        <w:t>NOC (No Objection Certificate) formats</w:t>
      </w:r>
    </w:p>
    <w:p>
      <w:r>
        <w:rPr>
          <w:b w:val="0"/>
        </w:rPr>
        <w:t>Ready-to-edit NOCs from an employer for higher studies, a part-time PhD, a passport and foreign travel, a college NOC for an internship, an email asking HR for an NOC, and a checklist. Each starts on a new page. The issuing office prints the NOC on its letterhead and an authorised officer signs it.</w:t>
      </w:r>
    </w:p>
    <w:p>
      <w:r>
        <w:rPr>
          <w:b w:val="0"/>
        </w:rPr>
        <w:t>Guide with explanations and official rules: careerbhavan.com/blog/noc-format</w:t>
      </w:r>
    </w:p>
    <w:p>
      <w:r>
        <w:br w:type="page"/>
      </w:r>
    </w:p>
    <w:p>
      <w:r>
        <w:rPr>
          <w:b/>
          <w:color w:val="808080"/>
          <w:sz w:val="16"/>
        </w:rPr>
        <w:t>FORMAT 1: NOC FROM EMPLOYER FOR HIGHER STUDIES</w:t>
      </w:r>
    </w:p>
    <w:p>
      <w:pPr>
        <w:spacing w:after="280"/>
        <w:jc w:val="center"/>
      </w:pPr>
      <w:r>
        <w:rPr>
          <w:b/>
          <w:sz w:val="25"/>
          <w:highlight w:val="yellow"/>
        </w:rPr>
        <w:t>[Company or office name]</w:t>
      </w:r>
      <w:r>
        <w:rPr>
          <w:b/>
          <w:sz w:val="25"/>
        </w:rPr>
        <w:t xml:space="preserve"> | </w:t>
      </w:r>
      <w:r>
        <w:rPr>
          <w:b/>
          <w:sz w:val="25"/>
          <w:highlight w:val="yellow"/>
        </w:rPr>
        <w:t>[Address]</w:t>
      </w:r>
      <w:r>
        <w:rPr>
          <w:b/>
          <w:sz w:val="25"/>
        </w:rPr>
        <w:t xml:space="preserve"> | </w:t>
      </w:r>
      <w:r>
        <w:rPr>
          <w:b/>
          <w:sz w:val="25"/>
          <w:highlight w:val="yellow"/>
        </w:rPr>
        <w:t>[Official email]</w:t>
      </w:r>
    </w:p>
    <w:p>
      <w:r>
        <w:rPr>
          <w:b w:val="0"/>
        </w:rPr>
        <w:t xml:space="preserve">Ref. No.: </w:t>
      </w:r>
      <w:r>
        <w:rPr>
          <w:b w:val="0"/>
          <w:highlight w:val="yellow"/>
        </w:rPr>
        <w:t>[Number]</w:t>
      </w:r>
    </w:p>
    <w:p>
      <w:pPr>
        <w:jc w:val="right"/>
      </w:pPr>
      <w:r>
        <w:rPr>
          <w:b w:val="0"/>
        </w:rPr>
        <w:t xml:space="preserve">Date: </w:t>
      </w:r>
      <w:r>
        <w:rPr>
          <w:b w:val="0"/>
          <w:highlight w:val="yellow"/>
        </w:rPr>
        <w:t>[DD Month YYYY]</w:t>
      </w:r>
    </w:p>
    <w:p>
      <w:pPr>
        <w:spacing w:after="240"/>
        <w:jc w:val="center"/>
      </w:pPr>
      <w:r>
        <w:rPr>
          <w:b/>
          <w:sz w:val="28"/>
        </w:rPr>
        <w:t>NO OBJECTION CERTIFICATE</w:t>
      </w:r>
    </w:p>
    <w:p>
      <w:r>
        <w:rPr>
          <w:b w:val="0"/>
        </w:rPr>
        <w:t xml:space="preserve">This is to certify that </w:t>
      </w:r>
      <w:r>
        <w:rPr>
          <w:b w:val="0"/>
          <w:highlight w:val="yellow"/>
        </w:rPr>
        <w:t>[Mr./Ms. Full name]</w:t>
      </w:r>
      <w:r>
        <w:rPr>
          <w:b w:val="0"/>
        </w:rPr>
        <w:t xml:space="preserve">, Employee ID </w:t>
      </w:r>
      <w:r>
        <w:rPr>
          <w:b w:val="0"/>
          <w:highlight w:val="yellow"/>
        </w:rPr>
        <w:t>[ID]</w:t>
      </w:r>
      <w:r>
        <w:rPr>
          <w:b w:val="0"/>
        </w:rPr>
        <w:t xml:space="preserve">, is working with </w:t>
      </w:r>
      <w:r>
        <w:rPr>
          <w:b w:val="0"/>
          <w:highlight w:val="yellow"/>
        </w:rPr>
        <w:t>[Company name]</w:t>
      </w:r>
      <w:r>
        <w:rPr>
          <w:b w:val="0"/>
        </w:rPr>
        <w:t xml:space="preserve"> as </w:t>
      </w:r>
      <w:r>
        <w:rPr>
          <w:b w:val="0"/>
          <w:highlight w:val="yellow"/>
        </w:rPr>
        <w:t>[Designation]</w:t>
      </w:r>
      <w:r>
        <w:rPr>
          <w:b w:val="0"/>
        </w:rPr>
        <w:t xml:space="preserve"> in the </w:t>
      </w:r>
      <w:r>
        <w:rPr>
          <w:b w:val="0"/>
          <w:highlight w:val="yellow"/>
        </w:rPr>
        <w:t>[Department]</w:t>
      </w:r>
      <w:r>
        <w:rPr>
          <w:b w:val="0"/>
        </w:rPr>
        <w:t xml:space="preserve"> department since </w:t>
      </w:r>
      <w:r>
        <w:rPr>
          <w:b w:val="0"/>
          <w:highlight w:val="yellow"/>
        </w:rPr>
        <w:t>[Date of joining]</w:t>
      </w:r>
      <w:r>
        <w:rPr>
          <w:b w:val="0"/>
        </w:rPr>
        <w:t>.</w:t>
      </w:r>
    </w:p>
    <w:p>
      <w:r>
        <w:rPr>
          <w:b w:val="0"/>
        </w:rPr>
        <w:t xml:space="preserve">We have no objection to </w:t>
      </w:r>
      <w:r>
        <w:rPr>
          <w:b w:val="0"/>
          <w:highlight w:val="yellow"/>
        </w:rPr>
        <w:t>[his/her]</w:t>
      </w:r>
      <w:r>
        <w:rPr>
          <w:b w:val="0"/>
        </w:rPr>
        <w:t xml:space="preserve"> pursuing </w:t>
      </w:r>
      <w:r>
        <w:rPr>
          <w:b w:val="0"/>
          <w:highlight w:val="yellow"/>
        </w:rPr>
        <w:t>[Course name, e.g. MBA (online)]</w:t>
      </w:r>
      <w:r>
        <w:rPr>
          <w:b w:val="0"/>
        </w:rPr>
        <w:t xml:space="preserve"> at </w:t>
      </w:r>
      <w:r>
        <w:rPr>
          <w:b w:val="0"/>
          <w:highlight w:val="yellow"/>
        </w:rPr>
        <w:t>[University or institute name]</w:t>
      </w:r>
      <w:r>
        <w:rPr>
          <w:b w:val="0"/>
        </w:rPr>
        <w:t xml:space="preserve"> in </w:t>
      </w:r>
      <w:r>
        <w:rPr>
          <w:b w:val="0"/>
          <w:highlight w:val="yellow"/>
        </w:rPr>
        <w:t>[online / distance / part-time / weekend]</w:t>
      </w:r>
      <w:r>
        <w:rPr>
          <w:b w:val="0"/>
        </w:rPr>
        <w:t xml:space="preserve"> mode during the academic years </w:t>
      </w:r>
      <w:r>
        <w:rPr>
          <w:b w:val="0"/>
          <w:highlight w:val="yellow"/>
        </w:rPr>
        <w:t>[YYYY-YY to YYYY-YY]</w:t>
      </w:r>
      <w:r>
        <w:rPr>
          <w:b w:val="0"/>
        </w:rPr>
        <w:t xml:space="preserve">, provided it does not affect </w:t>
      </w:r>
      <w:r>
        <w:rPr>
          <w:b w:val="0"/>
          <w:highlight w:val="yellow"/>
        </w:rPr>
        <w:t>[his/her]</w:t>
      </w:r>
      <w:r>
        <w:rPr>
          <w:b w:val="0"/>
        </w:rPr>
        <w:t xml:space="preserve"> official duties.</w:t>
      </w:r>
    </w:p>
    <w:p>
      <w:r>
        <w:rPr>
          <w:b w:val="0"/>
        </w:rPr>
        <w:t xml:space="preserve">This certificate is issued at </w:t>
      </w:r>
      <w:r>
        <w:rPr>
          <w:b w:val="0"/>
          <w:highlight w:val="yellow"/>
        </w:rPr>
        <w:t>[his/her]</w:t>
      </w:r>
      <w:r>
        <w:rPr>
          <w:b w:val="0"/>
        </w:rPr>
        <w:t xml:space="preserve"> request for submission to </w:t>
      </w:r>
      <w:r>
        <w:rPr>
          <w:b w:val="0"/>
          <w:highlight w:val="yellow"/>
        </w:rPr>
        <w:t>[University or institute name]</w:t>
      </w:r>
      <w:r>
        <w:rPr>
          <w:b w:val="0"/>
        </w:rPr>
        <w:t>.</w:t>
      </w:r>
    </w:p>
    <w:p/>
    <w:p>
      <w:pPr>
        <w:spacing w:after="0"/>
      </w:pPr>
      <w:r>
        <w:rPr>
          <w:b w:val="0"/>
        </w:rPr>
        <w:t xml:space="preserve">For </w:t>
      </w:r>
      <w:r>
        <w:rPr>
          <w:b w:val="0"/>
          <w:highlight w:val="yellow"/>
        </w:rPr>
        <w:t>[Company name]</w:t>
      </w:r>
    </w:p>
    <w:p>
      <w:pPr>
        <w:spacing w:after="0"/>
      </w:pPr>
      <w:r>
        <w:rPr>
          <w:b w:val="0"/>
          <w:highlight w:val="yellow"/>
        </w:rPr>
        <w:t>[Signature]</w:t>
      </w:r>
    </w:p>
    <w:p>
      <w:pPr>
        <w:spacing w:after="0"/>
      </w:pPr>
      <w:r>
        <w:rPr>
          <w:b w:val="0"/>
          <w:highlight w:val="yellow"/>
        </w:rPr>
        <w:t>[Name]</w:t>
      </w:r>
    </w:p>
    <w:p>
      <w:pPr>
        <w:spacing w:after="0"/>
      </w:pPr>
      <w:r>
        <w:rPr>
          <w:b w:val="0"/>
          <w:highlight w:val="yellow"/>
        </w:rPr>
        <w:t>[Designation, e.g. HR Manager]</w:t>
      </w:r>
    </w:p>
    <w:p>
      <w:pPr>
        <w:spacing w:after="0"/>
      </w:pPr>
      <w:r>
        <w:rPr>
          <w:b w:val="0"/>
          <w:highlight w:val="yellow"/>
        </w:rPr>
        <w:t>[Official email]</w:t>
      </w:r>
      <w:r>
        <w:rPr>
          <w:b w:val="0"/>
        </w:rPr>
        <w:t xml:space="preserve"> | </w:t>
      </w:r>
      <w:r>
        <w:rPr>
          <w:b w:val="0"/>
          <w:highlight w:val="yellow"/>
        </w:rPr>
        <w:t>[Phone]</w:t>
      </w:r>
    </w:p>
    <w:p>
      <w:pPr>
        <w:spacing w:after="0"/>
      </w:pPr>
      <w:r>
        <w:rPr>
          <w:b w:val="0"/>
          <w:highlight w:val="yellow"/>
        </w:rPr>
        <w:t>[Company seal, if used]</w:t>
      </w:r>
    </w:p>
    <w:p>
      <w:r>
        <w:br w:type="page"/>
      </w:r>
    </w:p>
    <w:p>
      <w:r>
        <w:rPr>
          <w:b/>
          <w:color w:val="808080"/>
          <w:sz w:val="16"/>
        </w:rPr>
        <w:t>FORMAT 2: NOC FROM EMPLOYER FOR A PART-TIME PHD (COVERS UGC'S THREE CONDITIONS)</w:t>
      </w:r>
    </w:p>
    <w:p>
      <w:pPr>
        <w:spacing w:after="280"/>
        <w:jc w:val="center"/>
      </w:pPr>
      <w:r>
        <w:rPr>
          <w:b/>
          <w:sz w:val="25"/>
          <w:highlight w:val="yellow"/>
        </w:rPr>
        <w:t>[Organisation name]</w:t>
      </w:r>
      <w:r>
        <w:rPr>
          <w:b/>
          <w:sz w:val="25"/>
        </w:rPr>
        <w:t xml:space="preserve"> | </w:t>
      </w:r>
      <w:r>
        <w:rPr>
          <w:b/>
          <w:sz w:val="25"/>
          <w:highlight w:val="yellow"/>
        </w:rPr>
        <w:t>[Address]</w:t>
      </w:r>
      <w:r>
        <w:rPr>
          <w:b/>
          <w:sz w:val="25"/>
        </w:rPr>
        <w:t xml:space="preserve"> | </w:t>
      </w:r>
      <w:r>
        <w:rPr>
          <w:b/>
          <w:sz w:val="25"/>
          <w:highlight w:val="yellow"/>
        </w:rPr>
        <w:t>[Official email]</w:t>
      </w:r>
    </w:p>
    <w:p>
      <w:pPr>
        <w:jc w:val="right"/>
      </w:pPr>
      <w:r>
        <w:rPr>
          <w:b w:val="0"/>
        </w:rPr>
        <w:t xml:space="preserve">Date: </w:t>
      </w:r>
      <w:r>
        <w:rPr>
          <w:b w:val="0"/>
          <w:highlight w:val="yellow"/>
        </w:rPr>
        <w:t>[DD Month YYYY]</w:t>
      </w:r>
    </w:p>
    <w:p>
      <w:pPr>
        <w:spacing w:after="240"/>
        <w:jc w:val="center"/>
      </w:pPr>
      <w:r>
        <w:rPr>
          <w:b/>
          <w:sz w:val="28"/>
        </w:rPr>
        <w:t>NO OBJECTION CERTIFICATE</w:t>
      </w:r>
    </w:p>
    <w:p>
      <w:r>
        <w:rPr>
          <w:b w:val="0"/>
        </w:rPr>
        <w:t xml:space="preserve">This is to certify that </w:t>
      </w:r>
      <w:r>
        <w:rPr>
          <w:b w:val="0"/>
          <w:highlight w:val="yellow"/>
        </w:rPr>
        <w:t>[Mr./Ms. Full name]</w:t>
      </w:r>
      <w:r>
        <w:rPr>
          <w:b w:val="0"/>
        </w:rPr>
        <w:t xml:space="preserve">, </w:t>
      </w:r>
      <w:r>
        <w:rPr>
          <w:b w:val="0"/>
          <w:highlight w:val="yellow"/>
        </w:rPr>
        <w:t>[Designation]</w:t>
      </w:r>
      <w:r>
        <w:rPr>
          <w:b w:val="0"/>
        </w:rPr>
        <w:t xml:space="preserve">, Employee ID </w:t>
      </w:r>
      <w:r>
        <w:rPr>
          <w:b w:val="0"/>
          <w:highlight w:val="yellow"/>
        </w:rPr>
        <w:t>[ID]</w:t>
      </w:r>
      <w:r>
        <w:rPr>
          <w:b w:val="0"/>
        </w:rPr>
        <w:t xml:space="preserve">, is a </w:t>
      </w:r>
      <w:r>
        <w:rPr>
          <w:b w:val="0"/>
          <w:highlight w:val="yellow"/>
        </w:rPr>
        <w:t>[permanent / regular]</w:t>
      </w:r>
      <w:r>
        <w:rPr>
          <w:b w:val="0"/>
        </w:rPr>
        <w:t xml:space="preserve"> employee of </w:t>
      </w:r>
      <w:r>
        <w:rPr>
          <w:b w:val="0"/>
          <w:highlight w:val="yellow"/>
        </w:rPr>
        <w:t>[Organisation name]</w:t>
      </w:r>
      <w:r>
        <w:rPr>
          <w:b w:val="0"/>
        </w:rPr>
        <w:t xml:space="preserve"> since </w:t>
      </w:r>
      <w:r>
        <w:rPr>
          <w:b w:val="0"/>
          <w:highlight w:val="yellow"/>
        </w:rPr>
        <w:t>[Date of joining]</w:t>
      </w:r>
      <w:r>
        <w:rPr>
          <w:b w:val="0"/>
        </w:rPr>
        <w:t>.</w:t>
      </w:r>
    </w:p>
    <w:p>
      <w:r>
        <w:rPr>
          <w:b w:val="0"/>
        </w:rPr>
        <w:t xml:space="preserve">1. </w:t>
      </w:r>
      <w:r>
        <w:rPr>
          <w:b w:val="0"/>
          <w:highlight w:val="yellow"/>
        </w:rPr>
        <w:t>[He/She]</w:t>
      </w:r>
      <w:r>
        <w:rPr>
          <w:b w:val="0"/>
        </w:rPr>
        <w:t xml:space="preserve"> is permitted to pursue a PhD in </w:t>
      </w:r>
      <w:r>
        <w:rPr>
          <w:b w:val="0"/>
          <w:highlight w:val="yellow"/>
        </w:rPr>
        <w:t>[Subject]</w:t>
      </w:r>
      <w:r>
        <w:rPr>
          <w:b w:val="0"/>
        </w:rPr>
        <w:t xml:space="preserve"> at </w:t>
      </w:r>
      <w:r>
        <w:rPr>
          <w:b w:val="0"/>
          <w:highlight w:val="yellow"/>
        </w:rPr>
        <w:t>[University name]</w:t>
      </w:r>
      <w:r>
        <w:rPr>
          <w:b w:val="0"/>
        </w:rPr>
        <w:t xml:space="preserve"> on a part-time basis.</w:t>
      </w:r>
    </w:p>
    <w:p>
      <w:r>
        <w:rPr>
          <w:b w:val="0"/>
        </w:rPr>
        <w:t xml:space="preserve">2. </w:t>
      </w:r>
      <w:r>
        <w:rPr>
          <w:b w:val="0"/>
          <w:highlight w:val="yellow"/>
        </w:rPr>
        <w:t>[His/Her]</w:t>
      </w:r>
      <w:r>
        <w:rPr>
          <w:b w:val="0"/>
        </w:rPr>
        <w:t xml:space="preserve"> official duties permit </w:t>
      </w:r>
      <w:r>
        <w:rPr>
          <w:b w:val="0"/>
          <w:highlight w:val="yellow"/>
        </w:rPr>
        <w:t>[him/her]</w:t>
      </w:r>
      <w:r>
        <w:rPr>
          <w:b w:val="0"/>
        </w:rPr>
        <w:t xml:space="preserve"> to devote sufficient time for research.</w:t>
      </w:r>
    </w:p>
    <w:p>
      <w:r>
        <w:rPr>
          <w:b w:val="0"/>
        </w:rPr>
        <w:t xml:space="preserve">3. If necessary, </w:t>
      </w:r>
      <w:r>
        <w:rPr>
          <w:b w:val="0"/>
          <w:highlight w:val="yellow"/>
        </w:rPr>
        <w:t>[he/she]</w:t>
      </w:r>
      <w:r>
        <w:rPr>
          <w:b w:val="0"/>
        </w:rPr>
        <w:t xml:space="preserve"> will be relieved from duty to complete the coursework.</w:t>
      </w:r>
    </w:p>
    <w:p>
      <w:r>
        <w:rPr>
          <w:b w:val="0"/>
        </w:rPr>
        <w:t xml:space="preserve">This certificate is issued for submission to </w:t>
      </w:r>
      <w:r>
        <w:rPr>
          <w:b w:val="0"/>
          <w:highlight w:val="yellow"/>
        </w:rPr>
        <w:t>[University name]</w:t>
      </w:r>
      <w:r>
        <w:rPr>
          <w:b w:val="0"/>
        </w:rPr>
        <w:t xml:space="preserve"> with </w:t>
      </w:r>
      <w:r>
        <w:rPr>
          <w:b w:val="0"/>
          <w:highlight w:val="yellow"/>
        </w:rPr>
        <w:t>[his/her]</w:t>
      </w:r>
      <w:r>
        <w:rPr>
          <w:b w:val="0"/>
        </w:rPr>
        <w:t xml:space="preserve"> PhD application.</w:t>
      </w:r>
    </w:p>
    <w:p/>
    <w:p>
      <w:pPr>
        <w:spacing w:after="0"/>
      </w:pPr>
      <w:r>
        <w:rPr>
          <w:b w:val="0"/>
          <w:highlight w:val="yellow"/>
        </w:rPr>
        <w:t>[Signature of the competent authority]</w:t>
      </w:r>
    </w:p>
    <w:p>
      <w:pPr>
        <w:spacing w:after="0"/>
      </w:pPr>
      <w:r>
        <w:rPr>
          <w:b w:val="0"/>
          <w:highlight w:val="yellow"/>
        </w:rPr>
        <w:t>[Name]</w:t>
      </w:r>
    </w:p>
    <w:p>
      <w:pPr>
        <w:spacing w:after="0"/>
      </w:pPr>
      <w:r>
        <w:rPr>
          <w:b w:val="0"/>
          <w:highlight w:val="yellow"/>
        </w:rPr>
        <w:t>[Designation]</w:t>
      </w:r>
    </w:p>
    <w:p>
      <w:pPr>
        <w:spacing w:after="0"/>
      </w:pPr>
      <w:r>
        <w:rPr>
          <w:b w:val="0"/>
          <w:highlight w:val="yellow"/>
        </w:rPr>
        <w:t>[Official email]</w:t>
      </w:r>
      <w:r>
        <w:rPr>
          <w:b w:val="0"/>
        </w:rPr>
        <w:t xml:space="preserve"> | </w:t>
      </w:r>
      <w:r>
        <w:rPr>
          <w:b w:val="0"/>
          <w:highlight w:val="yellow"/>
        </w:rPr>
        <w:t>[Phone]</w:t>
      </w:r>
    </w:p>
    <w:p>
      <w:pPr>
        <w:spacing w:after="0"/>
      </w:pPr>
      <w:r>
        <w:rPr>
          <w:b w:val="0"/>
          <w:highlight w:val="yellow"/>
        </w:rPr>
        <w:t>[Office seal]</w:t>
      </w:r>
    </w:p>
    <w:p>
      <w:r>
        <w:br w:type="page"/>
      </w:r>
    </w:p>
    <w:p>
      <w:r>
        <w:rPr>
          <w:b/>
          <w:color w:val="808080"/>
          <w:sz w:val="16"/>
        </w:rPr>
        <w:t>FORMAT 3: NOC FOR PASSPORT (GOVERNMENT EMPLOYEE; FOLLOWS PASSPORT SEVA ANNEXURE G)</w:t>
      </w:r>
    </w:p>
    <w:p>
      <w:r>
        <w:rPr>
          <w:b w:val="0"/>
        </w:rPr>
        <w:t xml:space="preserve">MINISTRY / DEPARTMENT / OFFICE OF </w:t>
      </w:r>
      <w:r>
        <w:rPr>
          <w:b w:val="0"/>
          <w:highlight w:val="yellow"/>
        </w:rPr>
        <w:t>[Name]</w:t>
      </w:r>
    </w:p>
    <w:p>
      <w:r>
        <w:rPr>
          <w:b w:val="0"/>
        </w:rPr>
        <w:t xml:space="preserve">No. </w:t>
      </w:r>
      <w:r>
        <w:rPr>
          <w:b w:val="0"/>
          <w:highlight w:val="yellow"/>
        </w:rPr>
        <w:t>[Number]</w:t>
      </w:r>
    </w:p>
    <w:p>
      <w:pPr>
        <w:jc w:val="right"/>
      </w:pPr>
      <w:r>
        <w:rPr>
          <w:b w:val="0"/>
        </w:rPr>
        <w:t xml:space="preserve">Dated: </w:t>
      </w:r>
      <w:r>
        <w:rPr>
          <w:b w:val="0"/>
          <w:highlight w:val="yellow"/>
        </w:rPr>
        <w:t>[DD-MM-YYYY]</w:t>
      </w:r>
    </w:p>
    <w:p>
      <w:pPr>
        <w:jc w:val="right"/>
      </w:pPr>
      <w:r>
        <w:rPr>
          <w:b w:val="0"/>
          <w:highlight w:val="yellow"/>
        </w:rPr>
        <w:t>[Applicant's photo, attested by the issuing officer with signature and stamp half on the photo and half on this certificate]</w:t>
      </w:r>
    </w:p>
    <w:p>
      <w:pPr>
        <w:spacing w:after="240"/>
        <w:jc w:val="center"/>
      </w:pPr>
      <w:r>
        <w:rPr>
          <w:b/>
          <w:sz w:val="28"/>
        </w:rPr>
        <w:t>NO-OBJECTION CERTIFICATE</w:t>
      </w:r>
    </w:p>
    <w:p>
      <w:r>
        <w:rPr>
          <w:b w:val="0"/>
        </w:rPr>
        <w:t xml:space="preserve">Shri/Smt/Miss </w:t>
      </w:r>
      <w:r>
        <w:rPr>
          <w:b w:val="0"/>
          <w:highlight w:val="yellow"/>
        </w:rPr>
        <w:t>[Full name]</w:t>
      </w:r>
      <w:r>
        <w:rPr>
          <w:b w:val="0"/>
        </w:rPr>
        <w:t xml:space="preserve">, </w:t>
      </w:r>
      <w:r>
        <w:rPr>
          <w:b w:val="0"/>
          <w:highlight w:val="yellow"/>
        </w:rPr>
        <w:t>[s/o / d/o / w/o]</w:t>
      </w:r>
      <w:r>
        <w:rPr>
          <w:b w:val="0"/>
        </w:rPr>
        <w:t xml:space="preserve"> </w:t>
      </w:r>
      <w:r>
        <w:rPr>
          <w:b w:val="0"/>
          <w:highlight w:val="yellow"/>
        </w:rPr>
        <w:t>[Parent's or spouse's name]</w:t>
      </w:r>
      <w:r>
        <w:rPr>
          <w:b w:val="0"/>
        </w:rPr>
        <w:t xml:space="preserve">, who is an Indian national, is employed in this office as </w:t>
      </w:r>
      <w:r>
        <w:rPr>
          <w:b w:val="0"/>
          <w:highlight w:val="yellow"/>
        </w:rPr>
        <w:t>[Designation]</w:t>
      </w:r>
      <w:r>
        <w:rPr>
          <w:b w:val="0"/>
        </w:rPr>
        <w:t xml:space="preserve"> from </w:t>
      </w:r>
      <w:r>
        <w:rPr>
          <w:b w:val="0"/>
          <w:highlight w:val="yellow"/>
        </w:rPr>
        <w:t>[Date]</w:t>
      </w:r>
      <w:r>
        <w:rPr>
          <w:b w:val="0"/>
        </w:rPr>
        <w:t xml:space="preserve"> till date. This Ministry/Department/Office has no objection to </w:t>
      </w:r>
      <w:r>
        <w:rPr>
          <w:b w:val="0"/>
          <w:highlight w:val="yellow"/>
        </w:rPr>
        <w:t>[his/her]</w:t>
      </w:r>
      <w:r>
        <w:rPr>
          <w:b w:val="0"/>
        </w:rPr>
        <w:t xml:space="preserve"> obtaining a passport.</w:t>
      </w:r>
    </w:p>
    <w:p/>
    <w:p>
      <w:pPr>
        <w:spacing w:after="0"/>
      </w:pPr>
      <w:r>
        <w:rPr>
          <w:b w:val="0"/>
        </w:rPr>
        <w:t>(Signature of Controlling/Administrative authority)</w:t>
      </w:r>
    </w:p>
    <w:p>
      <w:pPr>
        <w:spacing w:after="0"/>
      </w:pPr>
      <w:r>
        <w:rPr>
          <w:b w:val="0"/>
          <w:highlight w:val="yellow"/>
        </w:rPr>
        <w:t>[Name and stamp]</w:t>
      </w:r>
    </w:p>
    <w:p>
      <w:pPr>
        <w:spacing w:after="0"/>
      </w:pPr>
      <w:r>
        <w:rPr>
          <w:b w:val="0"/>
        </w:rPr>
        <w:t xml:space="preserve">Telephone/email: </w:t>
      </w:r>
      <w:r>
        <w:rPr>
          <w:b w:val="0"/>
          <w:highlight w:val="yellow"/>
        </w:rPr>
        <w:t>[Contact details]</w:t>
      </w:r>
    </w:p>
    <w:p>
      <w:pPr>
        <w:spacing w:after="0"/>
      </w:pPr>
      <w:r>
        <w:rPr>
          <w:b w:val="0"/>
        </w:rPr>
        <w:t xml:space="preserve">Address: </w:t>
      </w:r>
      <w:r>
        <w:rPr>
          <w:b w:val="0"/>
          <w:highlight w:val="yellow"/>
        </w:rPr>
        <w:t>[Office address]</w:t>
      </w:r>
    </w:p>
    <w:p>
      <w:r>
        <w:rPr>
          <w:b w:val="0"/>
        </w:rPr>
        <w:t>Note: the issuing officer must sign with name and stamp and give contact details for verification by the Passport Authority. The NOC is valid for six months from the date of issue. Use the current Annexure G from passportindia.gov.in if your office prefers the official copy.</w:t>
      </w:r>
    </w:p>
    <w:p>
      <w:r>
        <w:br w:type="page"/>
      </w:r>
    </w:p>
    <w:p>
      <w:r>
        <w:rPr>
          <w:b/>
          <w:color w:val="808080"/>
          <w:sz w:val="16"/>
        </w:rPr>
        <w:t>FORMAT 4: NOC FROM EMPLOYER FOR FOREIGN TRAVEL OR A VISA</w:t>
      </w:r>
    </w:p>
    <w:p>
      <w:pPr>
        <w:spacing w:after="280"/>
        <w:jc w:val="center"/>
      </w:pPr>
      <w:r>
        <w:rPr>
          <w:b/>
          <w:sz w:val="25"/>
          <w:highlight w:val="yellow"/>
        </w:rPr>
        <w:t>[Company name]</w:t>
      </w:r>
      <w:r>
        <w:rPr>
          <w:b/>
          <w:sz w:val="25"/>
        </w:rPr>
        <w:t xml:space="preserve"> | </w:t>
      </w:r>
      <w:r>
        <w:rPr>
          <w:b/>
          <w:sz w:val="25"/>
          <w:highlight w:val="yellow"/>
        </w:rPr>
        <w:t>[Address]</w:t>
      </w:r>
      <w:r>
        <w:rPr>
          <w:b/>
          <w:sz w:val="25"/>
        </w:rPr>
        <w:t xml:space="preserve"> | </w:t>
      </w:r>
      <w:r>
        <w:rPr>
          <w:b/>
          <w:sz w:val="25"/>
          <w:highlight w:val="yellow"/>
        </w:rPr>
        <w:t>[Official email]</w:t>
      </w:r>
    </w:p>
    <w:p>
      <w:pPr>
        <w:jc w:val="right"/>
      </w:pPr>
      <w:r>
        <w:rPr>
          <w:b w:val="0"/>
        </w:rPr>
        <w:t xml:space="preserve">Date: </w:t>
      </w:r>
      <w:r>
        <w:rPr>
          <w:b w:val="0"/>
          <w:highlight w:val="yellow"/>
        </w:rPr>
        <w:t>[DD Month YYYY]</w:t>
      </w:r>
    </w:p>
    <w:p>
      <w:pPr>
        <w:spacing w:after="240"/>
        <w:jc w:val="center"/>
      </w:pPr>
      <w:r>
        <w:rPr>
          <w:b/>
          <w:sz w:val="28"/>
        </w:rPr>
        <w:t>NO OBJECTION CERTIFICATE</w:t>
      </w:r>
    </w:p>
    <w:p>
      <w:r>
        <w:rPr>
          <w:b w:val="0"/>
        </w:rPr>
        <w:t xml:space="preserve">To, The Visa Officer, </w:t>
      </w:r>
      <w:r>
        <w:rPr>
          <w:b w:val="0"/>
          <w:highlight w:val="yellow"/>
        </w:rPr>
        <w:t>[Embassy or consulate of (Country)]</w:t>
      </w:r>
      <w:r>
        <w:rPr>
          <w:b w:val="0"/>
        </w:rPr>
        <w:t xml:space="preserve">, </w:t>
      </w:r>
      <w:r>
        <w:rPr>
          <w:b w:val="0"/>
          <w:highlight w:val="yellow"/>
        </w:rPr>
        <w:t>[City]</w:t>
      </w:r>
    </w:p>
    <w:p>
      <w:r>
        <w:rPr>
          <w:b w:val="0"/>
        </w:rPr>
        <w:t xml:space="preserve">This is to certify that </w:t>
      </w:r>
      <w:r>
        <w:rPr>
          <w:b w:val="0"/>
          <w:highlight w:val="yellow"/>
        </w:rPr>
        <w:t>[Mr./Ms. Full name]</w:t>
      </w:r>
      <w:r>
        <w:rPr>
          <w:b w:val="0"/>
        </w:rPr>
        <w:t xml:space="preserve">, holding passport No. </w:t>
      </w:r>
      <w:r>
        <w:rPr>
          <w:b w:val="0"/>
          <w:highlight w:val="yellow"/>
        </w:rPr>
        <w:t>[Number]</w:t>
      </w:r>
      <w:r>
        <w:rPr>
          <w:b w:val="0"/>
        </w:rPr>
        <w:t xml:space="preserve">, is employed with </w:t>
      </w:r>
      <w:r>
        <w:rPr>
          <w:b w:val="0"/>
          <w:highlight w:val="yellow"/>
        </w:rPr>
        <w:t>[Company name]</w:t>
      </w:r>
      <w:r>
        <w:rPr>
          <w:b w:val="0"/>
        </w:rPr>
        <w:t xml:space="preserve"> as </w:t>
      </w:r>
      <w:r>
        <w:rPr>
          <w:b w:val="0"/>
          <w:highlight w:val="yellow"/>
        </w:rPr>
        <w:t>[Designation]</w:t>
      </w:r>
      <w:r>
        <w:rPr>
          <w:b w:val="0"/>
        </w:rPr>
        <w:t xml:space="preserve"> since </w:t>
      </w:r>
      <w:r>
        <w:rPr>
          <w:b w:val="0"/>
          <w:highlight w:val="yellow"/>
        </w:rPr>
        <w:t>[Date of joining]</w:t>
      </w:r>
      <w:r>
        <w:rPr>
          <w:b w:val="0"/>
        </w:rPr>
        <w:t xml:space="preserve">, with a current annual salary of Rs </w:t>
      </w:r>
      <w:r>
        <w:rPr>
          <w:b w:val="0"/>
          <w:highlight w:val="yellow"/>
        </w:rPr>
        <w:t>[amount]</w:t>
      </w:r>
      <w:r>
        <w:rPr>
          <w:b w:val="0"/>
        </w:rPr>
        <w:t xml:space="preserve"> (include only if the embassy asks).</w:t>
      </w:r>
    </w:p>
    <w:p>
      <w:r>
        <w:rPr>
          <w:b w:val="0"/>
          <w:highlight w:val="yellow"/>
        </w:rPr>
        <w:t>[He/She]</w:t>
      </w:r>
      <w:r>
        <w:rPr>
          <w:b w:val="0"/>
        </w:rPr>
        <w:t xml:space="preserve"> has been granted leave from </w:t>
      </w:r>
      <w:r>
        <w:rPr>
          <w:b w:val="0"/>
          <w:highlight w:val="yellow"/>
        </w:rPr>
        <w:t>[Start date]</w:t>
      </w:r>
      <w:r>
        <w:rPr>
          <w:b w:val="0"/>
        </w:rPr>
        <w:t xml:space="preserve"> to </w:t>
      </w:r>
      <w:r>
        <w:rPr>
          <w:b w:val="0"/>
          <w:highlight w:val="yellow"/>
        </w:rPr>
        <w:t>[End date]</w:t>
      </w:r>
      <w:r>
        <w:rPr>
          <w:b w:val="0"/>
        </w:rPr>
        <w:t xml:space="preserve"> to travel to </w:t>
      </w:r>
      <w:r>
        <w:rPr>
          <w:b w:val="0"/>
          <w:highlight w:val="yellow"/>
        </w:rPr>
        <w:t>[Country]</w:t>
      </w:r>
      <w:r>
        <w:rPr>
          <w:b w:val="0"/>
        </w:rPr>
        <w:t xml:space="preserve"> for </w:t>
      </w:r>
      <w:r>
        <w:rPr>
          <w:b w:val="0"/>
          <w:highlight w:val="yellow"/>
        </w:rPr>
        <w:t>[purpose, e.g. tourism / a family visit / a conference]</w:t>
      </w:r>
      <w:r>
        <w:rPr>
          <w:b w:val="0"/>
        </w:rPr>
        <w:t xml:space="preserve">. We have no objection to this travel, and </w:t>
      </w:r>
      <w:r>
        <w:rPr>
          <w:b w:val="0"/>
          <w:highlight w:val="yellow"/>
        </w:rPr>
        <w:t>[he/she]</w:t>
      </w:r>
      <w:r>
        <w:rPr>
          <w:b w:val="0"/>
        </w:rPr>
        <w:t xml:space="preserve"> will resume duties on </w:t>
      </w:r>
      <w:r>
        <w:rPr>
          <w:b w:val="0"/>
          <w:highlight w:val="yellow"/>
        </w:rPr>
        <w:t>[Date]</w:t>
      </w:r>
      <w:r>
        <w:rPr>
          <w:b w:val="0"/>
        </w:rPr>
        <w:t>.</w:t>
      </w:r>
    </w:p>
    <w:p/>
    <w:p>
      <w:pPr>
        <w:spacing w:after="0"/>
      </w:pPr>
      <w:r>
        <w:rPr>
          <w:b w:val="0"/>
        </w:rPr>
        <w:t xml:space="preserve">For </w:t>
      </w:r>
      <w:r>
        <w:rPr>
          <w:b w:val="0"/>
          <w:highlight w:val="yellow"/>
        </w:rPr>
        <w:t>[Company name]</w:t>
      </w:r>
    </w:p>
    <w:p>
      <w:pPr>
        <w:spacing w:after="0"/>
      </w:pPr>
      <w:r>
        <w:rPr>
          <w:b w:val="0"/>
          <w:highlight w:val="yellow"/>
        </w:rPr>
        <w:t>[Signature]</w:t>
      </w:r>
    </w:p>
    <w:p>
      <w:pPr>
        <w:spacing w:after="0"/>
      </w:pPr>
      <w:r>
        <w:rPr>
          <w:b w:val="0"/>
          <w:highlight w:val="yellow"/>
        </w:rPr>
        <w:t>[Name]</w:t>
      </w:r>
    </w:p>
    <w:p>
      <w:pPr>
        <w:spacing w:after="0"/>
      </w:pPr>
      <w:r>
        <w:rPr>
          <w:b w:val="0"/>
          <w:highlight w:val="yellow"/>
        </w:rPr>
        <w:t>[Designation]</w:t>
      </w:r>
    </w:p>
    <w:p>
      <w:pPr>
        <w:spacing w:after="0"/>
      </w:pPr>
      <w:r>
        <w:rPr>
          <w:b w:val="0"/>
          <w:highlight w:val="yellow"/>
        </w:rPr>
        <w:t>[Official email]</w:t>
      </w:r>
      <w:r>
        <w:rPr>
          <w:b w:val="0"/>
        </w:rPr>
        <w:t xml:space="preserve"> | </w:t>
      </w:r>
      <w:r>
        <w:rPr>
          <w:b w:val="0"/>
          <w:highlight w:val="yellow"/>
        </w:rPr>
        <w:t>[Phone]</w:t>
      </w:r>
    </w:p>
    <w:p>
      <w:pPr>
        <w:spacing w:after="0"/>
      </w:pPr>
      <w:r>
        <w:rPr>
          <w:b w:val="0"/>
          <w:highlight w:val="yellow"/>
        </w:rPr>
        <w:t>[Company seal, if used]</w:t>
      </w:r>
    </w:p>
    <w:p>
      <w:r>
        <w:br w:type="page"/>
      </w:r>
    </w:p>
    <w:p>
      <w:r>
        <w:rPr>
          <w:b/>
          <w:color w:val="808080"/>
          <w:sz w:val="16"/>
        </w:rPr>
        <w:t>FORMAT 5: NOC FROM COLLEGE FOR AN INTERNSHIP</w:t>
      </w:r>
    </w:p>
    <w:p>
      <w:pPr>
        <w:spacing w:after="280"/>
        <w:jc w:val="center"/>
      </w:pPr>
      <w:r>
        <w:rPr>
          <w:b/>
          <w:sz w:val="25"/>
          <w:highlight w:val="yellow"/>
        </w:rPr>
        <w:t>[College name]</w:t>
      </w:r>
      <w:r>
        <w:rPr>
          <w:b/>
          <w:sz w:val="25"/>
        </w:rPr>
        <w:t xml:space="preserve"> | </w:t>
      </w:r>
      <w:r>
        <w:rPr>
          <w:b/>
          <w:sz w:val="25"/>
          <w:highlight w:val="yellow"/>
        </w:rPr>
        <w:t>[Affiliating university]</w:t>
      </w:r>
      <w:r>
        <w:rPr>
          <w:b/>
          <w:sz w:val="25"/>
        </w:rPr>
        <w:t xml:space="preserve"> | </w:t>
      </w:r>
      <w:r>
        <w:rPr>
          <w:b/>
          <w:sz w:val="25"/>
          <w:highlight w:val="yellow"/>
        </w:rPr>
        <w:t>[Address]</w:t>
      </w:r>
      <w:r>
        <w:rPr>
          <w:b/>
          <w:sz w:val="25"/>
        </w:rPr>
        <w:t xml:space="preserve"> | </w:t>
      </w:r>
      <w:r>
        <w:rPr>
          <w:b/>
          <w:sz w:val="25"/>
          <w:highlight w:val="yellow"/>
        </w:rPr>
        <w:t>[Official email]</w:t>
      </w:r>
    </w:p>
    <w:p>
      <w:pPr>
        <w:jc w:val="right"/>
      </w:pPr>
      <w:r>
        <w:rPr>
          <w:b w:val="0"/>
        </w:rPr>
        <w:t xml:space="preserve">Date: </w:t>
      </w:r>
      <w:r>
        <w:rPr>
          <w:b w:val="0"/>
          <w:highlight w:val="yellow"/>
        </w:rPr>
        <w:t>[DD Month YYYY]</w:t>
      </w:r>
    </w:p>
    <w:p>
      <w:pPr>
        <w:spacing w:after="240"/>
        <w:jc w:val="center"/>
      </w:pPr>
      <w:r>
        <w:rPr>
          <w:b/>
          <w:sz w:val="28"/>
        </w:rPr>
        <w:t>NO OBJECTION CERTIFICATE</w:t>
      </w:r>
    </w:p>
    <w:p>
      <w:r>
        <w:rPr>
          <w:b w:val="0"/>
        </w:rPr>
        <w:t xml:space="preserve">This is to certify that </w:t>
      </w:r>
      <w:r>
        <w:rPr>
          <w:b w:val="0"/>
          <w:highlight w:val="yellow"/>
        </w:rPr>
        <w:t>[Mr./Ms. Full name]</w:t>
      </w:r>
      <w:r>
        <w:rPr>
          <w:b w:val="0"/>
        </w:rPr>
        <w:t xml:space="preserve">, Roll/Enrolment No. </w:t>
      </w:r>
      <w:r>
        <w:rPr>
          <w:b w:val="0"/>
          <w:highlight w:val="yellow"/>
        </w:rPr>
        <w:t>[Number]</w:t>
      </w:r>
      <w:r>
        <w:rPr>
          <w:b w:val="0"/>
        </w:rPr>
        <w:t xml:space="preserve">, is a bonafide student of </w:t>
      </w:r>
      <w:r>
        <w:rPr>
          <w:b w:val="0"/>
          <w:highlight w:val="yellow"/>
        </w:rPr>
        <w:t>[Course and year, e.g. B.Com 2nd year]</w:t>
      </w:r>
      <w:r>
        <w:rPr>
          <w:b w:val="0"/>
        </w:rPr>
        <w:t xml:space="preserve"> in this college.</w:t>
      </w:r>
    </w:p>
    <w:p>
      <w:r>
        <w:rPr>
          <w:b w:val="0"/>
        </w:rPr>
        <w:t xml:space="preserve">The college has no objection to </w:t>
      </w:r>
      <w:r>
        <w:rPr>
          <w:b w:val="0"/>
          <w:highlight w:val="yellow"/>
        </w:rPr>
        <w:t>[his/her]</w:t>
      </w:r>
      <w:r>
        <w:rPr>
          <w:b w:val="0"/>
        </w:rPr>
        <w:t xml:space="preserve"> undertaking an internship at </w:t>
      </w:r>
      <w:r>
        <w:rPr>
          <w:b w:val="0"/>
          <w:highlight w:val="yellow"/>
        </w:rPr>
        <w:t>[Organisation name]</w:t>
      </w:r>
      <w:r>
        <w:rPr>
          <w:b w:val="0"/>
        </w:rPr>
        <w:t xml:space="preserve"> from </w:t>
      </w:r>
      <w:r>
        <w:rPr>
          <w:b w:val="0"/>
          <w:highlight w:val="yellow"/>
        </w:rPr>
        <w:t>[Start date]</w:t>
      </w:r>
      <w:r>
        <w:rPr>
          <w:b w:val="0"/>
        </w:rPr>
        <w:t xml:space="preserve"> to </w:t>
      </w:r>
      <w:r>
        <w:rPr>
          <w:b w:val="0"/>
          <w:highlight w:val="yellow"/>
        </w:rPr>
        <w:t>[End date]</w:t>
      </w:r>
      <w:r>
        <w:rPr>
          <w:b w:val="0"/>
        </w:rPr>
        <w:t xml:space="preserve">. </w:t>
      </w:r>
      <w:r>
        <w:rPr>
          <w:b w:val="0"/>
          <w:highlight w:val="yellow"/>
        </w:rPr>
        <w:t>[The internship will not clash with (his/her) classes or examinations. / The internship counts towards (credit or course requirement).]</w:t>
      </w:r>
    </w:p>
    <w:p/>
    <w:p>
      <w:pPr>
        <w:spacing w:after="0"/>
      </w:pPr>
      <w:r>
        <w:rPr>
          <w:b w:val="0"/>
          <w:highlight w:val="yellow"/>
        </w:rPr>
        <w:t>[Signature]</w:t>
      </w:r>
    </w:p>
    <w:p>
      <w:pPr>
        <w:spacing w:after="0"/>
      </w:pPr>
      <w:r>
        <w:rPr>
          <w:b w:val="0"/>
          <w:highlight w:val="yellow"/>
        </w:rPr>
        <w:t>[Name]</w:t>
      </w:r>
    </w:p>
    <w:p>
      <w:pPr>
        <w:spacing w:after="0"/>
      </w:pPr>
      <w:r>
        <w:rPr>
          <w:b w:val="0"/>
        </w:rPr>
        <w:t>[Principal</w:t>
      </w:r>
    </w:p>
    <w:p>
      <w:pPr>
        <w:spacing w:after="0"/>
      </w:pPr>
      <w:r>
        <w:rPr>
          <w:b w:val="0"/>
        </w:rPr>
        <w:t>Head of Department</w:t>
      </w:r>
    </w:p>
    <w:p>
      <w:pPr>
        <w:spacing w:after="0"/>
      </w:pPr>
      <w:r>
        <w:rPr>
          <w:b w:val="0"/>
        </w:rPr>
        <w:t>Training and Placement Officer]</w:t>
      </w:r>
    </w:p>
    <w:p>
      <w:pPr>
        <w:spacing w:after="0"/>
      </w:pPr>
      <w:r>
        <w:rPr>
          <w:b w:val="0"/>
          <w:highlight w:val="yellow"/>
        </w:rPr>
        <w:t>[College seal]</w:t>
      </w:r>
    </w:p>
    <w:p>
      <w:r>
        <w:br w:type="page"/>
      </w:r>
    </w:p>
    <w:p>
      <w:r>
        <w:rPr>
          <w:b/>
          <w:color w:val="808080"/>
          <w:sz w:val="16"/>
        </w:rPr>
        <w:t>FORMAT 6: EMAIL ASKING HR OR YOUR COLLEGE FOR AN NOC</w:t>
      </w:r>
    </w:p>
    <w:p>
      <w:r>
        <w:rPr>
          <w:b w:val="0"/>
        </w:rPr>
        <w:t xml:space="preserve">Subject: Request for NOC: </w:t>
      </w:r>
      <w:r>
        <w:rPr>
          <w:b w:val="0"/>
          <w:highlight w:val="yellow"/>
        </w:rPr>
        <w:t>[Full name]</w:t>
      </w:r>
      <w:r>
        <w:rPr>
          <w:b w:val="0"/>
        </w:rPr>
        <w:t xml:space="preserve">, </w:t>
      </w:r>
      <w:r>
        <w:rPr>
          <w:b w:val="0"/>
          <w:highlight w:val="yellow"/>
        </w:rPr>
        <w:t>[Employee ID / Roll No.]</w:t>
      </w:r>
      <w:r>
        <w:rPr>
          <w:b w:val="0"/>
        </w:rPr>
        <w:t xml:space="preserve"> </w:t>
      </w:r>
      <w:r>
        <w:rPr>
          <w:b w:val="0"/>
          <w:highlight w:val="yellow"/>
        </w:rPr>
        <w:t>[ID]</w:t>
      </w:r>
    </w:p>
    <w:p>
      <w:r>
        <w:rPr>
          <w:b w:val="0"/>
        </w:rPr>
        <w:t xml:space="preserve">Dear </w:t>
      </w:r>
      <w:r>
        <w:rPr>
          <w:b w:val="0"/>
          <w:highlight w:val="yellow"/>
        </w:rPr>
        <w:t>[Name]</w:t>
      </w:r>
      <w:r>
        <w:rPr>
          <w:b w:val="0"/>
        </w:rPr>
        <w:t>,</w:t>
      </w:r>
    </w:p>
    <w:p>
      <w:r>
        <w:rPr>
          <w:b w:val="0"/>
        </w:rPr>
        <w:t xml:space="preserve">I need a No Objection Certificate for </w:t>
      </w:r>
      <w:r>
        <w:rPr>
          <w:b w:val="0"/>
          <w:highlight w:val="yellow"/>
        </w:rPr>
        <w:t>[purpose, e.g. admission to an online MBA at (University) / a part-time PhD at (University) / a passport / an internship at (Organisation)]</w:t>
      </w:r>
      <w:r>
        <w:rPr>
          <w:b w:val="0"/>
        </w:rPr>
        <w:t xml:space="preserve"> by </w:t>
      </w:r>
      <w:r>
        <w:rPr>
          <w:b w:val="0"/>
          <w:highlight w:val="yellow"/>
        </w:rPr>
        <w:t>[date]</w:t>
      </w:r>
      <w:r>
        <w:rPr>
          <w:b w:val="0"/>
        </w:rPr>
        <w:t xml:space="preserve">. </w:t>
      </w:r>
      <w:r>
        <w:rPr>
          <w:b w:val="0"/>
          <w:highlight w:val="yellow"/>
        </w:rPr>
        <w:t>[The university requires it to state the three points in the attached format.]</w:t>
      </w:r>
      <w:r>
        <w:rPr>
          <w:b w:val="0"/>
        </w:rPr>
        <w:t xml:space="preserve"> I have attached a draft for your convenience; please edit it as you see fit.</w:t>
      </w:r>
    </w:p>
    <w:p/>
    <w:p>
      <w:pPr>
        <w:spacing w:after="0"/>
      </w:pPr>
      <w:r>
        <w:rPr>
          <w:b w:val="0"/>
        </w:rPr>
        <w:t>Thank you,</w:t>
      </w:r>
    </w:p>
    <w:p>
      <w:pPr>
        <w:spacing w:after="0"/>
      </w:pPr>
      <w:r>
        <w:rPr>
          <w:b w:val="0"/>
          <w:highlight w:val="yellow"/>
        </w:rPr>
        <w:t>[Full name]</w:t>
      </w:r>
    </w:p>
    <w:p>
      <w:pPr>
        <w:spacing w:after="0"/>
      </w:pPr>
      <w:r>
        <w:rPr>
          <w:b w:val="0"/>
          <w:highlight w:val="yellow"/>
        </w:rPr>
        <w:t>[Designation or course]</w:t>
      </w:r>
    </w:p>
    <w:p>
      <w:pPr>
        <w:spacing w:after="0"/>
      </w:pPr>
      <w:r>
        <w:rPr>
          <w:b w:val="0"/>
          <w:highlight w:val="yellow"/>
        </w:rPr>
        <w:t>[Phone]</w:t>
      </w:r>
    </w:p>
    <w:p>
      <w:r>
        <w:br w:type="page"/>
      </w:r>
    </w:p>
    <w:p>
      <w:r>
        <w:rPr>
          <w:b/>
          <w:color w:val="808080"/>
          <w:sz w:val="16"/>
        </w:rPr>
        <w:t>CHECKLIST: BEFORE YOU SUBMIT AN NOC</w:t>
      </w:r>
    </w:p>
    <w:p>
      <w:r>
        <w:rPr>
          <w:b w:val="0"/>
          <w:highlight w:val="yellow"/>
        </w:rPr>
        <w:t>[ ]</w:t>
      </w:r>
      <w:r>
        <w:rPr>
          <w:b w:val="0"/>
        </w:rPr>
        <w:t xml:space="preserve"> It is on the issuing office's letterhead, with a reference number and date.</w:t>
      </w:r>
    </w:p>
    <w:p>
      <w:r>
        <w:rPr>
          <w:b w:val="0"/>
          <w:highlight w:val="yellow"/>
        </w:rPr>
        <w:t>[ ]</w:t>
      </w:r>
      <w:r>
        <w:rPr>
          <w:b w:val="0"/>
        </w:rPr>
        <w:t xml:space="preserve"> Your name and ID match your other documents exactly.</w:t>
      </w:r>
    </w:p>
    <w:p>
      <w:r>
        <w:rPr>
          <w:b w:val="0"/>
          <w:highlight w:val="yellow"/>
        </w:rPr>
        <w:t>[ ]</w:t>
      </w:r>
      <w:r>
        <w:rPr>
          <w:b w:val="0"/>
        </w:rPr>
        <w:t xml:space="preserve"> It names the purpose and the receiving body (university, passport office, embassy, company).</w:t>
      </w:r>
    </w:p>
    <w:p>
      <w:r>
        <w:rPr>
          <w:b w:val="0"/>
          <w:highlight w:val="yellow"/>
        </w:rPr>
        <w:t>[ ]</w:t>
      </w:r>
      <w:r>
        <w:rPr>
          <w:b w:val="0"/>
        </w:rPr>
        <w:t xml:space="preserve"> If the receiving body prescribes a format (for example a university's PhD NOC or Passport Seva's Annexure G), the NOC follows it word for word.</w:t>
      </w:r>
    </w:p>
    <w:p>
      <w:r>
        <w:rPr>
          <w:b w:val="0"/>
          <w:highlight w:val="yellow"/>
        </w:rPr>
        <w:t>[ ]</w:t>
      </w:r>
      <w:r>
        <w:rPr>
          <w:b w:val="0"/>
        </w:rPr>
        <w:t xml:space="preserve"> It is signed by the authority the form asks for, with name, designation, seal and contact details.</w:t>
      </w:r>
    </w:p>
    <w:p>
      <w:r>
        <w:rPr>
          <w:b w:val="0"/>
          <w:highlight w:val="yellow"/>
        </w:rPr>
        <w:t>[ ]</w:t>
      </w:r>
      <w:r>
        <w:rPr>
          <w:b w:val="0"/>
        </w:rPr>
        <w:t xml:space="preserve"> It is still valid. A passport NOC under Annexure G is valid for six months from the date of issue.</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808080"/>
        <w:sz w:val="16"/>
      </w:rPr>
      <w:t>NOC formats. Free template from careerbhavan.com. Replace every [highlighted field] and delete lines that do not apply.</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88" w:lineRule="auto"/>
    </w:pPr>
    <w:rPr>
      <w:rFonts w:ascii="Calibri" w:hAnsi="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NOC formats</dc:title>
  <dc:subject/>
  <dc:creator>CareerBhavan</dc:creator>
  <cp:keywords/>
  <dc:description>generated by python-docx</dc:description>
  <cp:lastModifiedBy/>
  <cp:revision>1</cp:revision>
  <dcterms:created xsi:type="dcterms:W3CDTF">2013-12-23T23:15:00Z</dcterms:created>
  <dcterms:modified xsi:type="dcterms:W3CDTF">2013-12-23T23:15:00Z</dcterms:modified>
  <cp:category/>
</cp:coreProperties>
</file>